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pStyle w:val="Heading1"/>
        <w:jc w:val="right"/>
      </w:pPr>
      <w:r>
        <w:rPr>
          <w:rFonts w:ascii="Arial" w:hAnsi="Arial" w:cs="Arial"/>
          <w:b/>
          <w:color w:val="1864AB"/>
          <w:sz w:val="40"/>
          <w:rtl/>
          <w:szCs w:val="40"/>
          <w:bCs/>
        </w:rPr>
        <w:t>🚦 תמרורי שיח – 66 כרטיסים לתלמידים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גוזרים לאורך הקווים המקווקווים. בגב: עמוד גבי כרטיסים (מדפיסים דו־צדדי או מדביקים). שיתוף תמיד מרצון – מותר לדלג.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8" w:color="888888"/>
          <w:left w:val="dashed" w:sz="8" w:color="888888"/>
          <w:bottom w:val="dashed" w:sz="8" w:color="888888"/>
          <w:right w:val="dashed" w:sz="8" w:color="888888"/>
          <w:insideH w:val="dashed" w:sz="8" w:color="888888"/>
          <w:insideV w:val="dashed" w:sz="8" w:color="888888"/>
        </w:tblBorders>
      </w:tblPr>
      <w:tblGrid>
        <w:gridCol w:w="3475"/>
        <w:gridCol w:w="3475"/>
        <w:gridCol w:w="3475"/>
      </w:tblGrid>
      <w:tr>
        <w:tc>
          <w:tcPr>
            <w:tcW w:type="dxa" w:w="3288"/>
          </w:tcPr>
          <w:p>
            <w:pPr>
              <w:bidi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684000" cy="684000"/>
                  <wp:docPr id="1" name="Picture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stop-c.png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84000" cy="684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bidi/>
              <w:spacing w:after="20"/>
              <w:jc w:val="center"/>
            </w:pPr>
            <w:r>
              <w:rPr>
                <w:rFonts w:ascii="Arial" w:hAnsi="Arial" w:cs="Arial"/>
                <w:b/>
                <w:color w:val="D62828"/>
                <w:sz w:val="21"/>
                <w:rtl/>
                <w:szCs w:val="21"/>
                <w:bCs/>
              </w:rPr>
              <w:t>עצור</w:t>
            </w:r>
          </w:p>
          <w:p>
            <w:pPr>
              <w:bidi/>
              <w:spacing w:after="20"/>
              <w:jc w:val="center"/>
            </w:pPr>
            <w:r>
              <w:rPr>
                <w:rFonts w:ascii="Arial" w:hAnsi="Arial" w:cs="Arial"/>
                <w:sz w:val="15"/>
                <w:rtl/>
                <w:szCs w:val="15"/>
              </w:rPr>
              <w:t>עוצרים עצירה מלאה לפני הקו, מסתכלים לכל הכיוונים וממשיכים רק כשבטוח.</w:t>
            </w:r>
          </w:p>
          <w:p>
            <w:pPr>
              <w:bidi/>
              <w:spacing w:after="20"/>
              <w:jc w:val="center"/>
            </w:pPr>
            <w:r>
              <w:rPr>
                <w:rFonts w:ascii="Arial" w:hAnsi="Arial" w:cs="Arial"/>
                <w:b/>
                <w:sz w:val="17"/>
                <w:rtl/>
                <w:szCs w:val="17"/>
                <w:bCs/>
              </w:rPr>
              <w:t>💬 מתי בחיים כדאי לעצור לרגע ולחשוב לפני שממשיכים?</w:t>
            </w:r>
          </w:p>
          <w:p>
            <w:pPr>
              <w:bidi/>
              <w:spacing w:after="20"/>
              <w:jc w:val="center"/>
            </w:pPr>
            <w:r>
              <w:rPr>
                <w:rFonts w:ascii="Arial" w:hAnsi="Arial" w:cs="Arial"/>
                <w:sz w:val="15"/>
                <w:rtl/>
                <w:szCs w:val="15"/>
              </w:rPr>
              <w:t>✍️ כתבו על רגע שבו עצירה קטנה שלכם מנעה טעות גדולה.</w:t>
            </w:r>
          </w:p>
        </w:tc>
        <w:tc>
          <w:tcPr>
            <w:tcW w:type="dxa" w:w="3288"/>
          </w:tcPr>
          <w:p>
            <w:pPr>
              <w:bidi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684000" cy="684000"/>
                  <wp:docPr id="2" name="Picture 2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stop-c.png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84000" cy="684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bidi/>
              <w:spacing w:after="20"/>
              <w:jc w:val="center"/>
            </w:pPr>
            <w:r>
              <w:rPr>
                <w:rFonts w:ascii="Arial" w:hAnsi="Arial" w:cs="Arial"/>
                <w:b/>
                <w:color w:val="12B886"/>
                <w:sz w:val="21"/>
                <w:rtl/>
                <w:szCs w:val="21"/>
                <w:bCs/>
              </w:rPr>
              <w:t>עצור</w:t>
            </w:r>
          </w:p>
          <w:p>
            <w:pPr>
              <w:bidi/>
              <w:spacing w:after="20"/>
              <w:jc w:val="center"/>
            </w:pPr>
            <w:r>
              <w:rPr>
                <w:rFonts w:ascii="Arial" w:hAnsi="Arial" w:cs="Arial"/>
                <w:sz w:val="15"/>
                <w:rtl/>
                <w:szCs w:val="15"/>
              </w:rPr>
              <w:t>עוצרים עצירה מלאה לפני הקו, מסתכלים לכל הכיוונים וממשיכים רק כשבטוח.</w:t>
            </w:r>
          </w:p>
          <w:p>
            <w:pPr>
              <w:bidi/>
              <w:spacing w:after="20"/>
              <w:jc w:val="center"/>
            </w:pPr>
            <w:r>
              <w:rPr>
                <w:rFonts w:ascii="Arial" w:hAnsi="Arial" w:cs="Arial"/>
                <w:b/>
                <w:sz w:val="17"/>
                <w:rtl/>
                <w:szCs w:val="17"/>
                <w:bCs/>
              </w:rPr>
              <w:t>💬 כשאני כועס/ת – מה עוזר לי "לעצור" לפני שאני מגיב/ה?</w:t>
            </w:r>
          </w:p>
          <w:p>
            <w:pPr>
              <w:bidi/>
              <w:spacing w:after="20"/>
              <w:jc w:val="center"/>
            </w:pPr>
            <w:r>
              <w:rPr>
                <w:rFonts w:ascii="Arial" w:hAnsi="Arial" w:cs="Arial"/>
                <w:sz w:val="15"/>
                <w:rtl/>
                <w:szCs w:val="15"/>
              </w:rPr>
              <w:t>✍️ כתבו "תמרור עצור" אישי: שלושה דברים שעוזרים לכם להירגע.</w:t>
            </w:r>
          </w:p>
        </w:tc>
        <w:tc>
          <w:tcPr>
            <w:tcW w:type="dxa" w:w="3288"/>
          </w:tcPr>
          <w:p>
            <w:pPr>
              <w:bidi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684000" cy="684000"/>
                  <wp:docPr id="3" name="Picture 3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giveway-c.png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84000" cy="684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bidi/>
              <w:spacing w:after="20"/>
              <w:jc w:val="center"/>
            </w:pPr>
            <w:r>
              <w:rPr>
                <w:rFonts w:ascii="Arial" w:hAnsi="Arial" w:cs="Arial"/>
                <w:b/>
                <w:color w:val="E64980"/>
                <w:sz w:val="21"/>
                <w:rtl/>
                <w:szCs w:val="21"/>
                <w:bCs/>
              </w:rPr>
              <w:t>תן זכות קדימה</w:t>
            </w:r>
          </w:p>
          <w:p>
            <w:pPr>
              <w:bidi/>
              <w:spacing w:after="20"/>
              <w:jc w:val="center"/>
            </w:pPr>
            <w:r>
              <w:rPr>
                <w:rFonts w:ascii="Arial" w:hAnsi="Arial" w:cs="Arial"/>
                <w:sz w:val="15"/>
                <w:rtl/>
                <w:szCs w:val="15"/>
              </w:rPr>
              <w:t>מאטים ונותנים לרכב שבדרך הראשית לעבור ראשון.</w:t>
            </w:r>
          </w:p>
          <w:p>
            <w:pPr>
              <w:bidi/>
              <w:spacing w:after="20"/>
              <w:jc w:val="center"/>
            </w:pPr>
            <w:r>
              <w:rPr>
                <w:rFonts w:ascii="Arial" w:hAnsi="Arial" w:cs="Arial"/>
                <w:b/>
                <w:sz w:val="17"/>
                <w:rtl/>
                <w:szCs w:val="17"/>
                <w:bCs/>
              </w:rPr>
              <w:t>💬 למי לאחרונה "נתתי זכות קדימה" – ויתרתי כדי שיהיה לו או לה טוב?</w:t>
            </w:r>
          </w:p>
          <w:p>
            <w:pPr>
              <w:bidi/>
              <w:spacing w:after="20"/>
              <w:jc w:val="center"/>
            </w:pPr>
            <w:r>
              <w:rPr>
                <w:rFonts w:ascii="Arial" w:hAnsi="Arial" w:cs="Arial"/>
                <w:sz w:val="15"/>
                <w:rtl/>
                <w:szCs w:val="15"/>
              </w:rPr>
              <w:t>✍️ כתבו על פעם שוויתרתם על התור או על רצון שלכם, ומה הרגשתם אחר כך.</w:t>
            </w:r>
          </w:p>
        </w:tc>
      </w:tr>
      <w:tr>
        <w:tc>
          <w:tcPr>
            <w:tcW w:type="dxa" w:w="3288"/>
          </w:tcPr>
          <w:p>
            <w:pPr>
              <w:bidi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684000" cy="684000"/>
                  <wp:docPr id="4" name="Picture 4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giveway-c.png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84000" cy="684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bidi/>
              <w:spacing w:after="20"/>
              <w:jc w:val="center"/>
            </w:pPr>
            <w:r>
              <w:rPr>
                <w:rFonts w:ascii="Arial" w:hAnsi="Arial" w:cs="Arial"/>
                <w:b/>
                <w:color w:val="E64980"/>
                <w:sz w:val="21"/>
                <w:rtl/>
                <w:szCs w:val="21"/>
                <w:bCs/>
              </w:rPr>
              <w:t>תן זכות קדימה</w:t>
            </w:r>
          </w:p>
          <w:p>
            <w:pPr>
              <w:bidi/>
              <w:spacing w:after="20"/>
              <w:jc w:val="center"/>
            </w:pPr>
            <w:r>
              <w:rPr>
                <w:rFonts w:ascii="Arial" w:hAnsi="Arial" w:cs="Arial"/>
                <w:sz w:val="15"/>
                <w:rtl/>
                <w:szCs w:val="15"/>
              </w:rPr>
              <w:t>מאטים ונותנים לרכב שבדרך הראשית לעבור ראשון.</w:t>
            </w:r>
          </w:p>
          <w:p>
            <w:pPr>
              <w:bidi/>
              <w:spacing w:after="20"/>
              <w:jc w:val="center"/>
            </w:pPr>
            <w:r>
              <w:rPr>
                <w:rFonts w:ascii="Arial" w:hAnsi="Arial" w:cs="Arial"/>
                <w:b/>
                <w:sz w:val="17"/>
                <w:rtl/>
                <w:szCs w:val="17"/>
                <w:bCs/>
              </w:rPr>
              <w:t>💬 האם ויתור הוא תמיד חולשה? מתי ויתור הוא דווקא כוח?</w:t>
            </w:r>
          </w:p>
          <w:p>
            <w:pPr>
              <w:bidi/>
              <w:spacing w:after="20"/>
              <w:jc w:val="center"/>
            </w:pPr>
            <w:r>
              <w:rPr>
                <w:rFonts w:ascii="Arial" w:hAnsi="Arial" w:cs="Arial"/>
                <w:sz w:val="15"/>
                <w:rtl/>
                <w:szCs w:val="15"/>
              </w:rPr>
              <w:t>✍️ כתבו טיעון בעד ונגד: "מי שמוותר – מרוויח".</w:t>
            </w:r>
          </w:p>
        </w:tc>
        <w:tc>
          <w:tcPr>
            <w:tcW w:type="dxa" w:w="3288"/>
          </w:tcPr>
          <w:p>
            <w:pPr>
              <w:bidi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684000" cy="684000"/>
                  <wp:docPr id="5" name="Picture 5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crossing-c.png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84000" cy="684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bidi/>
              <w:spacing w:after="20"/>
              <w:jc w:val="center"/>
            </w:pPr>
            <w:r>
              <w:rPr>
                <w:rFonts w:ascii="Arial" w:hAnsi="Arial" w:cs="Arial"/>
                <w:b/>
                <w:color w:val="1C5FB8"/>
                <w:sz w:val="21"/>
                <w:rtl/>
                <w:szCs w:val="21"/>
                <w:bCs/>
              </w:rPr>
              <w:t>מעבר חציה</w:t>
            </w:r>
          </w:p>
          <w:p>
            <w:pPr>
              <w:bidi/>
              <w:spacing w:after="20"/>
              <w:jc w:val="center"/>
            </w:pPr>
            <w:r>
              <w:rPr>
                <w:rFonts w:ascii="Arial" w:hAnsi="Arial" w:cs="Arial"/>
                <w:sz w:val="15"/>
                <w:rtl/>
                <w:szCs w:val="15"/>
              </w:rPr>
              <w:t>כאן חוצים. עומדים על שפת המדרכה, מביטים לשני הצדדים, מקשיבים, וחוצים בהליכה ישרה – לא בריצה.</w:t>
            </w:r>
          </w:p>
          <w:p>
            <w:pPr>
              <w:bidi/>
              <w:spacing w:after="20"/>
              <w:jc w:val="center"/>
            </w:pPr>
            <w:r>
              <w:rPr>
                <w:rFonts w:ascii="Arial" w:hAnsi="Arial" w:cs="Arial"/>
                <w:b/>
                <w:sz w:val="17"/>
                <w:rtl/>
                <w:szCs w:val="17"/>
                <w:bCs/>
              </w:rPr>
              <w:t>💬 מי או מה עוזרים לי "לחצות" בבטחה שלב חדש בחיים?</w:t>
            </w:r>
          </w:p>
          <w:p>
            <w:pPr>
              <w:bidi/>
              <w:spacing w:after="20"/>
              <w:jc w:val="center"/>
            </w:pPr>
            <w:r>
              <w:rPr>
                <w:rFonts w:ascii="Arial" w:hAnsi="Arial" w:cs="Arial"/>
                <w:sz w:val="15"/>
                <w:rtl/>
                <w:szCs w:val="15"/>
              </w:rPr>
              <w:t>✍️ תארו מקום או אדם שבזכותם אתם מרגישים בטוחים, ומה הופך אותם לבטוחים.</w:t>
            </w:r>
          </w:p>
        </w:tc>
        <w:tc>
          <w:tcPr>
            <w:tcW w:type="dxa" w:w="3288"/>
          </w:tcPr>
          <w:p>
            <w:pPr>
              <w:bidi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684000" cy="684000"/>
                  <wp:docPr id="6" name="Picture 6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crossing-c.png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84000" cy="684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bidi/>
              <w:spacing w:after="20"/>
              <w:jc w:val="center"/>
            </w:pPr>
            <w:r>
              <w:rPr>
                <w:rFonts w:ascii="Arial" w:hAnsi="Arial" w:cs="Arial"/>
                <w:b/>
                <w:color w:val="1C5FB8"/>
                <w:sz w:val="21"/>
                <w:rtl/>
                <w:szCs w:val="21"/>
                <w:bCs/>
              </w:rPr>
              <w:t>מעבר חציה</w:t>
            </w:r>
          </w:p>
          <w:p>
            <w:pPr>
              <w:bidi/>
              <w:spacing w:after="20"/>
              <w:jc w:val="center"/>
            </w:pPr>
            <w:r>
              <w:rPr>
                <w:rFonts w:ascii="Arial" w:hAnsi="Arial" w:cs="Arial"/>
                <w:sz w:val="15"/>
                <w:rtl/>
                <w:szCs w:val="15"/>
              </w:rPr>
              <w:t>כאן חוצים. עומדים על שפת המדרכה, מביטים לשני הצדדים, מקשיבים, וחוצים בהליכה ישרה – לא בריצה.</w:t>
            </w:r>
          </w:p>
          <w:p>
            <w:pPr>
              <w:bidi/>
              <w:spacing w:after="20"/>
              <w:jc w:val="center"/>
            </w:pPr>
            <w:r>
              <w:rPr>
                <w:rFonts w:ascii="Arial" w:hAnsi="Arial" w:cs="Arial"/>
                <w:b/>
                <w:sz w:val="17"/>
                <w:rtl/>
                <w:szCs w:val="17"/>
                <w:bCs/>
              </w:rPr>
              <w:t>💬 עם מי אני חוצה כביש, ולמה חשוב שמבוגר יהיה איתי?</w:t>
            </w:r>
          </w:p>
          <w:p>
            <w:pPr>
              <w:bidi/>
              <w:spacing w:after="20"/>
              <w:jc w:val="center"/>
            </w:pPr>
            <w:r>
              <w:rPr>
                <w:rFonts w:ascii="Arial" w:hAnsi="Arial" w:cs="Arial"/>
                <w:sz w:val="15"/>
                <w:rtl/>
                <w:szCs w:val="15"/>
              </w:rPr>
              <w:t>✍️ ציירו וכתבו את הדרך שלכם מהבית ללימודים, וסמנו בה את כל מעברי החציה.</w:t>
            </w:r>
          </w:p>
        </w:tc>
      </w:tr>
      <w:tr>
        <w:tc>
          <w:tcPr>
            <w:tcW w:type="dxa" w:w="3288"/>
          </w:tcPr>
          <w:p>
            <w:pPr>
              <w:bidi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684000" cy="684000"/>
                  <wp:docPr id="7" name="Picture 7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pedred-c.png"/>
                          <pic:cNvPicPr/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84000" cy="684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bidi/>
              <w:spacing w:after="20"/>
              <w:jc w:val="center"/>
            </w:pPr>
            <w:r>
              <w:rPr>
                <w:rFonts w:ascii="Arial" w:hAnsi="Arial" w:cs="Arial"/>
                <w:b/>
                <w:color w:val="D62828"/>
                <w:sz w:val="21"/>
                <w:rtl/>
                <w:szCs w:val="21"/>
                <w:bCs/>
              </w:rPr>
              <w:t>רמזור הולכי רגל – אדום</w:t>
            </w:r>
          </w:p>
          <w:p>
            <w:pPr>
              <w:bidi/>
              <w:spacing w:after="20"/>
              <w:jc w:val="center"/>
            </w:pPr>
            <w:r>
              <w:rPr>
                <w:rFonts w:ascii="Arial" w:hAnsi="Arial" w:cs="Arial"/>
                <w:sz w:val="15"/>
                <w:rtl/>
                <w:szCs w:val="15"/>
              </w:rPr>
              <w:t>דמות אדומה: עומדים וממתינים על המדרכה, גם אם הכביש נראה ריק.</w:t>
            </w:r>
          </w:p>
          <w:p>
            <w:pPr>
              <w:bidi/>
              <w:spacing w:after="20"/>
              <w:jc w:val="center"/>
            </w:pPr>
            <w:r>
              <w:rPr>
                <w:rFonts w:ascii="Arial" w:hAnsi="Arial" w:cs="Arial"/>
                <w:b/>
                <w:sz w:val="17"/>
                <w:rtl/>
                <w:szCs w:val="17"/>
                <w:bCs/>
              </w:rPr>
              <w:t>💬 מה קשה לי יותר: לחכות כשאף אחד לא רואה, או כשכולם רואים?</w:t>
            </w:r>
          </w:p>
          <w:p>
            <w:pPr>
              <w:bidi/>
              <w:spacing w:after="20"/>
              <w:jc w:val="center"/>
            </w:pPr>
            <w:r>
              <w:rPr>
                <w:rFonts w:ascii="Arial" w:hAnsi="Arial" w:cs="Arial"/>
                <w:sz w:val="15"/>
                <w:rtl/>
                <w:szCs w:val="15"/>
              </w:rPr>
              <w:t>✍️ כתבו על החלטה נכונה שקיבלתם גם כשאף אחד לא הסתכל.</w:t>
            </w:r>
          </w:p>
        </w:tc>
        <w:tc>
          <w:tcPr>
            <w:tcW w:type="dxa" w:w="3288"/>
          </w:tcPr>
          <w:p>
            <w:pPr>
              <w:bidi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684000" cy="684000"/>
                  <wp:docPr id="8" name="Picture 8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pedgreen-c.png"/>
                          <pic:cNvPicPr/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84000" cy="684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bidi/>
              <w:spacing w:after="20"/>
              <w:jc w:val="center"/>
            </w:pPr>
            <w:r>
              <w:rPr>
                <w:rFonts w:ascii="Arial" w:hAnsi="Arial" w:cs="Arial"/>
                <w:b/>
                <w:color w:val="1C5FB8"/>
                <w:sz w:val="21"/>
                <w:rtl/>
                <w:szCs w:val="21"/>
                <w:bCs/>
              </w:rPr>
              <w:t>רמזור הולכי רגל – ירוק</w:t>
            </w:r>
          </w:p>
          <w:p>
            <w:pPr>
              <w:bidi/>
              <w:spacing w:after="20"/>
              <w:jc w:val="center"/>
            </w:pPr>
            <w:r>
              <w:rPr>
                <w:rFonts w:ascii="Arial" w:hAnsi="Arial" w:cs="Arial"/>
                <w:sz w:val="15"/>
                <w:rtl/>
                <w:szCs w:val="15"/>
              </w:rPr>
              <w:t>דמות ירוקה: מותר להתחיל לחצות – אבל קודם מוודאים שהמכוניות באמת עצרו.</w:t>
            </w:r>
          </w:p>
          <w:p>
            <w:pPr>
              <w:bidi/>
              <w:spacing w:after="20"/>
              <w:jc w:val="center"/>
            </w:pPr>
            <w:r>
              <w:rPr>
                <w:rFonts w:ascii="Arial" w:hAnsi="Arial" w:cs="Arial"/>
                <w:b/>
                <w:sz w:val="17"/>
                <w:rtl/>
                <w:szCs w:val="17"/>
                <w:bCs/>
              </w:rPr>
              <w:t>💬 האם "אור ירוק" מאחרים מספיק לי, או שאני גם בודק/ת בעצמי?</w:t>
            </w:r>
          </w:p>
          <w:p>
            <w:pPr>
              <w:bidi/>
              <w:spacing w:after="20"/>
              <w:jc w:val="center"/>
            </w:pPr>
            <w:r>
              <w:rPr>
                <w:rFonts w:ascii="Arial" w:hAnsi="Arial" w:cs="Arial"/>
                <w:sz w:val="15"/>
                <w:rtl/>
                <w:szCs w:val="15"/>
              </w:rPr>
              <w:t>✍️ כתבו על פעם שבדקתם בעצמכם לפני שסמכתם על אחרים.</w:t>
            </w:r>
          </w:p>
        </w:tc>
        <w:tc>
          <w:tcPr>
            <w:tcW w:type="dxa" w:w="3288"/>
          </w:tcPr>
          <w:p>
            <w:pPr>
              <w:bidi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684000" cy="684000"/>
                  <wp:docPr id="9" name="Picture 9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lightred-c.png"/>
                          <pic:cNvPicPr/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84000" cy="684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bidi/>
              <w:spacing w:after="20"/>
              <w:jc w:val="center"/>
            </w:pPr>
            <w:r>
              <w:rPr>
                <w:rFonts w:ascii="Arial" w:hAnsi="Arial" w:cs="Arial"/>
                <w:b/>
                <w:color w:val="12B886"/>
                <w:sz w:val="21"/>
                <w:rtl/>
                <w:szCs w:val="21"/>
                <w:bCs/>
              </w:rPr>
              <w:t>רמזור אדום</w:t>
            </w:r>
          </w:p>
          <w:p>
            <w:pPr>
              <w:bidi/>
              <w:spacing w:after="20"/>
              <w:jc w:val="center"/>
            </w:pPr>
            <w:r>
              <w:rPr>
                <w:rFonts w:ascii="Arial" w:hAnsi="Arial" w:cs="Arial"/>
                <w:sz w:val="15"/>
                <w:rtl/>
                <w:szCs w:val="15"/>
              </w:rPr>
              <w:t>לנהגים ולרוכבים: עוצרים לפני קו העצירה וממתינים.</w:t>
            </w:r>
          </w:p>
          <w:p>
            <w:pPr>
              <w:bidi/>
              <w:spacing w:after="20"/>
              <w:jc w:val="center"/>
            </w:pPr>
            <w:r>
              <w:rPr>
                <w:rFonts w:ascii="Arial" w:hAnsi="Arial" w:cs="Arial"/>
                <w:b/>
                <w:sz w:val="17"/>
                <w:rtl/>
                <w:szCs w:val="17"/>
                <w:bCs/>
              </w:rPr>
              <w:t>💬 מהם ה"אורות האדומים" שלי – דברים שאני לא עושה בשום מצב?</w:t>
            </w:r>
          </w:p>
          <w:p>
            <w:pPr>
              <w:bidi/>
              <w:spacing w:after="20"/>
              <w:jc w:val="center"/>
            </w:pPr>
            <w:r>
              <w:rPr>
                <w:rFonts w:ascii="Arial" w:hAnsi="Arial" w:cs="Arial"/>
                <w:sz w:val="15"/>
                <w:rtl/>
                <w:szCs w:val="15"/>
              </w:rPr>
              <w:t>✍️ כתבו רשימת "אורות אדומים" לכיתה: כללים שכולנו מסכימים עליהם.</w:t>
            </w:r>
          </w:p>
        </w:tc>
      </w:tr>
      <w:tr>
        <w:tc>
          <w:tcPr>
            <w:tcW w:type="dxa" w:w="3288"/>
          </w:tcPr>
          <w:p>
            <w:pPr>
              <w:bidi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684000" cy="684000"/>
                  <wp:docPr id="10" name="Picture 10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lightyellow-c.png"/>
                          <pic:cNvPicPr/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84000" cy="684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bidi/>
              <w:spacing w:after="20"/>
              <w:jc w:val="center"/>
            </w:pPr>
            <w:r>
              <w:rPr>
                <w:rFonts w:ascii="Arial" w:hAnsi="Arial" w:cs="Arial"/>
                <w:b/>
                <w:color w:val="12B886"/>
                <w:sz w:val="21"/>
                <w:rtl/>
                <w:szCs w:val="21"/>
                <w:bCs/>
              </w:rPr>
              <w:t>רמזור צהוב</w:t>
            </w:r>
          </w:p>
          <w:p>
            <w:pPr>
              <w:bidi/>
              <w:spacing w:after="20"/>
              <w:jc w:val="center"/>
            </w:pPr>
            <w:r>
              <w:rPr>
                <w:rFonts w:ascii="Arial" w:hAnsi="Arial" w:cs="Arial"/>
                <w:sz w:val="15"/>
                <w:rtl/>
                <w:szCs w:val="15"/>
              </w:rPr>
              <w:t>האור עומד להתחלף: מתכוננים לעצור, לא מאיצים.</w:t>
            </w:r>
          </w:p>
          <w:p>
            <w:pPr>
              <w:bidi/>
              <w:spacing w:after="20"/>
              <w:jc w:val="center"/>
            </w:pPr>
            <w:r>
              <w:rPr>
                <w:rFonts w:ascii="Arial" w:hAnsi="Arial" w:cs="Arial"/>
                <w:b/>
                <w:sz w:val="17"/>
                <w:rtl/>
                <w:szCs w:val="17"/>
                <w:bCs/>
              </w:rPr>
              <w:t>💬 מתי אני מרגיש/ה שאני "בצהוב" – רגע לפני שאני מתפרץ/ת? איך אני שם/ה לב?</w:t>
            </w:r>
          </w:p>
          <w:p>
            <w:pPr>
              <w:bidi/>
              <w:spacing w:after="20"/>
              <w:jc w:val="center"/>
            </w:pPr>
            <w:r>
              <w:rPr>
                <w:rFonts w:ascii="Arial" w:hAnsi="Arial" w:cs="Arial"/>
                <w:sz w:val="15"/>
                <w:rtl/>
                <w:szCs w:val="15"/>
              </w:rPr>
              <w:t>✍️ כתבו על הסימנים בגוף שמראים לכם שאתם מתחילים לכעוס או להילחץ.</w:t>
            </w:r>
          </w:p>
        </w:tc>
        <w:tc>
          <w:tcPr>
            <w:tcW w:type="dxa" w:w="3288"/>
          </w:tcPr>
          <w:p>
            <w:pPr>
              <w:bidi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684000" cy="684000"/>
                  <wp:docPr id="11" name="Picture 1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lightgreen-c.png"/>
                          <pic:cNvPicPr/>
                        </pic:nvPicPr>
                        <pic:blipFill>
                          <a:blip r:embed="rId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84000" cy="684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bidi/>
              <w:spacing w:after="20"/>
              <w:jc w:val="center"/>
            </w:pPr>
            <w:r>
              <w:rPr>
                <w:rFonts w:ascii="Arial" w:hAnsi="Arial" w:cs="Arial"/>
                <w:b/>
                <w:color w:val="D62828"/>
                <w:sz w:val="21"/>
                <w:rtl/>
                <w:szCs w:val="21"/>
                <w:bCs/>
              </w:rPr>
              <w:t>רמזור ירוק</w:t>
            </w:r>
          </w:p>
          <w:p>
            <w:pPr>
              <w:bidi/>
              <w:spacing w:after="20"/>
              <w:jc w:val="center"/>
            </w:pPr>
            <w:r>
              <w:rPr>
                <w:rFonts w:ascii="Arial" w:hAnsi="Arial" w:cs="Arial"/>
                <w:sz w:val="15"/>
                <w:rtl/>
                <w:szCs w:val="15"/>
              </w:rPr>
              <w:t>מותר לנסוע – בזהירות, ותוך תשומת לב להולכי רגל שעוד חוצים.</w:t>
            </w:r>
          </w:p>
          <w:p>
            <w:pPr>
              <w:bidi/>
              <w:spacing w:after="20"/>
              <w:jc w:val="center"/>
            </w:pPr>
            <w:r>
              <w:rPr>
                <w:rFonts w:ascii="Arial" w:hAnsi="Arial" w:cs="Arial"/>
                <w:b/>
                <w:sz w:val="17"/>
                <w:rtl/>
                <w:szCs w:val="17"/>
                <w:bCs/>
              </w:rPr>
              <w:t>💬 מי מדליק לי "אור ירוק" – מעודד אותי להתקדם?</w:t>
            </w:r>
          </w:p>
          <w:p>
            <w:pPr>
              <w:bidi/>
              <w:spacing w:after="20"/>
              <w:jc w:val="center"/>
            </w:pPr>
            <w:r>
              <w:rPr>
                <w:rFonts w:ascii="Arial" w:hAnsi="Arial" w:cs="Arial"/>
                <w:sz w:val="15"/>
                <w:rtl/>
                <w:szCs w:val="15"/>
              </w:rPr>
              <w:t>✍️ כתבו מכתב תודה קצר לאדם שנתן לכם אור ירוק.</w:t>
            </w:r>
          </w:p>
        </w:tc>
        <w:tc>
          <w:tcPr>
            <w:tcW w:type="dxa" w:w="3288"/>
          </w:tcPr>
          <w:p>
            <w:pPr>
              <w:bidi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684000" cy="684000"/>
                  <wp:docPr id="12" name="Picture 12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noentry-c.png"/>
                          <pic:cNvPicPr/>
                        </pic:nvPicPr>
                        <pic:blipFill>
                          <a:blip r:embed="rId1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84000" cy="684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bidi/>
              <w:spacing w:after="20"/>
              <w:jc w:val="center"/>
            </w:pPr>
            <w:r>
              <w:rPr>
                <w:rFonts w:ascii="Arial" w:hAnsi="Arial" w:cs="Arial"/>
                <w:b/>
                <w:color w:val="495057"/>
                <w:sz w:val="21"/>
                <w:rtl/>
                <w:szCs w:val="21"/>
                <w:bCs/>
              </w:rPr>
              <w:t>אין כניסה</w:t>
            </w:r>
          </w:p>
          <w:p>
            <w:pPr>
              <w:bidi/>
              <w:spacing w:after="20"/>
              <w:jc w:val="center"/>
            </w:pPr>
            <w:r>
              <w:rPr>
                <w:rFonts w:ascii="Arial" w:hAnsi="Arial" w:cs="Arial"/>
                <w:sz w:val="15"/>
                <w:rtl/>
                <w:szCs w:val="15"/>
              </w:rPr>
              <w:t>אסור להיכנס לרחוב מהכיוון הזה.</w:t>
            </w:r>
          </w:p>
          <w:p>
            <w:pPr>
              <w:bidi/>
              <w:spacing w:after="20"/>
              <w:jc w:val="center"/>
            </w:pPr>
            <w:r>
              <w:rPr>
                <w:rFonts w:ascii="Arial" w:hAnsi="Arial" w:cs="Arial"/>
                <w:b/>
                <w:sz w:val="17"/>
                <w:rtl/>
                <w:szCs w:val="17"/>
                <w:bCs/>
              </w:rPr>
              <w:t>💬 מהם הגבולות שלי, ואיך אני אומר/ת "אין כניסה" בנימוס אבל בבירור?</w:t>
            </w:r>
          </w:p>
          <w:p>
            <w:pPr>
              <w:bidi/>
              <w:spacing w:after="20"/>
              <w:jc w:val="center"/>
            </w:pPr>
            <w:r>
              <w:rPr>
                <w:rFonts w:ascii="Arial" w:hAnsi="Arial" w:cs="Arial"/>
                <w:sz w:val="15"/>
                <w:rtl/>
                <w:szCs w:val="15"/>
              </w:rPr>
              <w:t>✍️ כתבו שלושה משפטים שעוזרים לומר "לא" בכבוד.</w:t>
            </w:r>
          </w:p>
        </w:tc>
      </w:tr>
    </w:tbl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8" w:color="888888"/>
          <w:left w:val="dashed" w:sz="8" w:color="888888"/>
          <w:bottom w:val="dashed" w:sz="8" w:color="888888"/>
          <w:right w:val="dashed" w:sz="8" w:color="888888"/>
          <w:insideH w:val="dashed" w:sz="8" w:color="888888"/>
          <w:insideV w:val="dashed" w:sz="8" w:color="888888"/>
        </w:tblBorders>
      </w:tblPr>
      <w:tblGrid>
        <w:gridCol w:w="3475"/>
        <w:gridCol w:w="3475"/>
        <w:gridCol w:w="3475"/>
      </w:tblGrid>
      <w:tr>
        <w:tc>
          <w:tcPr>
            <w:tcW w:type="dxa" w:w="3288"/>
          </w:tcPr>
          <w:p>
            <w:pPr>
              <w:bidi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684000" cy="684000"/>
                  <wp:docPr id="13" name="Picture 13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noentry-c.png"/>
                          <pic:cNvPicPr/>
                        </pic:nvPicPr>
                        <pic:blipFill>
                          <a:blip r:embed="rId1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84000" cy="684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bidi/>
              <w:spacing w:after="20"/>
              <w:jc w:val="center"/>
            </w:pPr>
            <w:r>
              <w:rPr>
                <w:rFonts w:ascii="Arial" w:hAnsi="Arial" w:cs="Arial"/>
                <w:b/>
                <w:color w:val="495057"/>
                <w:sz w:val="21"/>
                <w:rtl/>
                <w:szCs w:val="21"/>
                <w:bCs/>
              </w:rPr>
              <w:t>אין כניסה</w:t>
            </w:r>
          </w:p>
          <w:p>
            <w:pPr>
              <w:bidi/>
              <w:spacing w:after="20"/>
              <w:jc w:val="center"/>
            </w:pPr>
            <w:r>
              <w:rPr>
                <w:rFonts w:ascii="Arial" w:hAnsi="Arial" w:cs="Arial"/>
                <w:sz w:val="15"/>
                <w:rtl/>
                <w:szCs w:val="15"/>
              </w:rPr>
              <w:t>אסור להיכנס לרחוב מהכיוון הזה.</w:t>
            </w:r>
          </w:p>
          <w:p>
            <w:pPr>
              <w:bidi/>
              <w:spacing w:after="20"/>
              <w:jc w:val="center"/>
            </w:pPr>
            <w:r>
              <w:rPr>
                <w:rFonts w:ascii="Arial" w:hAnsi="Arial" w:cs="Arial"/>
                <w:b/>
                <w:sz w:val="17"/>
                <w:rtl/>
                <w:szCs w:val="17"/>
                <w:bCs/>
              </w:rPr>
              <w:t>💬 איך אני יודע/ת שנכנסתי לגבול של מישהו אחר? מה אני עושה אז?</w:t>
            </w:r>
          </w:p>
          <w:p>
            <w:pPr>
              <w:bidi/>
              <w:spacing w:after="20"/>
              <w:jc w:val="center"/>
            </w:pPr>
            <w:r>
              <w:rPr>
                <w:rFonts w:ascii="Arial" w:hAnsi="Arial" w:cs="Arial"/>
                <w:sz w:val="15"/>
                <w:rtl/>
                <w:szCs w:val="15"/>
              </w:rPr>
              <w:t>✍️ כתבו דיאלוג קצר שבו דמות מכבדת גבול של חבר או של חברה.</w:t>
            </w:r>
          </w:p>
        </w:tc>
        <w:tc>
          <w:tcPr>
            <w:tcW w:type="dxa" w:w="3288"/>
          </w:tcPr>
          <w:p>
            <w:pPr>
              <w:bidi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684000" cy="684000"/>
                  <wp:docPr id="14" name="Picture 14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ahead-c.png"/>
                          <pic:cNvPicPr/>
                        </pic:nvPicPr>
                        <pic:blipFill>
                          <a:blip r:embed="rId1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84000" cy="684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bidi/>
              <w:spacing w:after="20"/>
              <w:jc w:val="center"/>
            </w:pPr>
            <w:r>
              <w:rPr>
                <w:rFonts w:ascii="Arial" w:hAnsi="Arial" w:cs="Arial"/>
                <w:b/>
                <w:color w:val="D62828"/>
                <w:sz w:val="21"/>
                <w:rtl/>
                <w:szCs w:val="21"/>
                <w:bCs/>
              </w:rPr>
              <w:t>כיוון חובה – ישר</w:t>
            </w:r>
          </w:p>
          <w:p>
            <w:pPr>
              <w:bidi/>
              <w:spacing w:after="20"/>
              <w:jc w:val="center"/>
            </w:pPr>
            <w:r>
              <w:rPr>
                <w:rFonts w:ascii="Arial" w:hAnsi="Arial" w:cs="Arial"/>
                <w:sz w:val="15"/>
                <w:rtl/>
                <w:szCs w:val="15"/>
              </w:rPr>
              <w:t>חובה להמשיך ישר – אין פנייה.</w:t>
            </w:r>
          </w:p>
          <w:p>
            <w:pPr>
              <w:bidi/>
              <w:spacing w:after="20"/>
              <w:jc w:val="center"/>
            </w:pPr>
            <w:r>
              <w:rPr>
                <w:rFonts w:ascii="Arial" w:hAnsi="Arial" w:cs="Arial"/>
                <w:b/>
                <w:sz w:val="17"/>
                <w:rtl/>
                <w:szCs w:val="17"/>
                <w:bCs/>
              </w:rPr>
              <w:t>💬 לאילו דברים אני מחויב/ת, גם כשקשה?</w:t>
            </w:r>
          </w:p>
          <w:p>
            <w:pPr>
              <w:bidi/>
              <w:spacing w:after="20"/>
              <w:jc w:val="center"/>
            </w:pPr>
            <w:r>
              <w:rPr>
                <w:rFonts w:ascii="Arial" w:hAnsi="Arial" w:cs="Arial"/>
                <w:sz w:val="15"/>
                <w:rtl/>
                <w:szCs w:val="15"/>
              </w:rPr>
              <w:t>✍️ כתבו על התחייבות אחת שלכם השנה ואיך תשמרו עליה.</w:t>
            </w:r>
          </w:p>
        </w:tc>
        <w:tc>
          <w:tcPr>
            <w:tcW w:type="dxa" w:w="3288"/>
          </w:tcPr>
          <w:p>
            <w:pPr>
              <w:bidi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684000" cy="684000"/>
                  <wp:docPr id="15" name="Picture 15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turnright-c.png"/>
                          <pic:cNvPicPr/>
                        </pic:nvPicPr>
                        <pic:blipFill>
                          <a:blip r:embed="rId2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84000" cy="684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bidi/>
              <w:spacing w:after="20"/>
              <w:jc w:val="center"/>
            </w:pPr>
            <w:r>
              <w:rPr>
                <w:rFonts w:ascii="Arial" w:hAnsi="Arial" w:cs="Arial"/>
                <w:b/>
                <w:color w:val="D62828"/>
                <w:sz w:val="21"/>
                <w:rtl/>
                <w:szCs w:val="21"/>
                <w:bCs/>
              </w:rPr>
              <w:t>כיוון חובה – ימינה</w:t>
            </w:r>
          </w:p>
          <w:p>
            <w:pPr>
              <w:bidi/>
              <w:spacing w:after="20"/>
              <w:jc w:val="center"/>
            </w:pPr>
            <w:r>
              <w:rPr>
                <w:rFonts w:ascii="Arial" w:hAnsi="Arial" w:cs="Arial"/>
                <w:sz w:val="15"/>
                <w:rtl/>
                <w:szCs w:val="15"/>
              </w:rPr>
              <w:t>חובה לפנות ימינה.</w:t>
            </w:r>
          </w:p>
          <w:p>
            <w:pPr>
              <w:bidi/>
              <w:spacing w:after="20"/>
              <w:jc w:val="center"/>
            </w:pPr>
            <w:r>
              <w:rPr>
                <w:rFonts w:ascii="Arial" w:hAnsi="Arial" w:cs="Arial"/>
                <w:b/>
                <w:sz w:val="17"/>
                <w:rtl/>
                <w:szCs w:val="17"/>
                <w:bCs/>
              </w:rPr>
              <w:t>💬 האם כללים מגבילים אותי – או דווקא שומרים עליי?</w:t>
            </w:r>
          </w:p>
          <w:p>
            <w:pPr>
              <w:bidi/>
              <w:spacing w:after="20"/>
              <w:jc w:val="center"/>
            </w:pPr>
            <w:r>
              <w:rPr>
                <w:rFonts w:ascii="Arial" w:hAnsi="Arial" w:cs="Arial"/>
                <w:sz w:val="15"/>
                <w:rtl/>
                <w:szCs w:val="15"/>
              </w:rPr>
              <w:t>✍️ כתבו פסקת טיעון: "כללים הם מעקה, לא כלא".</w:t>
            </w:r>
          </w:p>
        </w:tc>
      </w:tr>
      <w:tr>
        <w:tc>
          <w:tcPr>
            <w:tcW w:type="dxa" w:w="3288"/>
          </w:tcPr>
          <w:p>
            <w:pPr>
              <w:bidi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684000" cy="684000"/>
                  <wp:docPr id="16" name="Picture 16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children-c.png"/>
                          <pic:cNvPicPr/>
                        </pic:nvPicPr>
                        <pic:blipFill>
                          <a:blip r:embed="rId2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84000" cy="684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bidi/>
              <w:spacing w:after="20"/>
              <w:jc w:val="center"/>
            </w:pPr>
            <w:r>
              <w:rPr>
                <w:rFonts w:ascii="Arial" w:hAnsi="Arial" w:cs="Arial"/>
                <w:b/>
                <w:color w:val="1C5FB8"/>
                <w:sz w:val="21"/>
                <w:rtl/>
                <w:szCs w:val="21"/>
                <w:bCs/>
              </w:rPr>
              <w:t>זהירות ילדים</w:t>
            </w:r>
          </w:p>
          <w:p>
            <w:pPr>
              <w:bidi/>
              <w:spacing w:after="20"/>
              <w:jc w:val="center"/>
            </w:pPr>
            <w:r>
              <w:rPr>
                <w:rFonts w:ascii="Arial" w:hAnsi="Arial" w:cs="Arial"/>
                <w:sz w:val="15"/>
                <w:rtl/>
                <w:szCs w:val="15"/>
              </w:rPr>
              <w:t>לנהגים: בקרבת מקום יש ילדים – מאטים ומוכנים לעצור.</w:t>
            </w:r>
          </w:p>
          <w:p>
            <w:pPr>
              <w:bidi/>
              <w:spacing w:after="20"/>
              <w:jc w:val="center"/>
            </w:pPr>
            <w:r>
              <w:rPr>
                <w:rFonts w:ascii="Arial" w:hAnsi="Arial" w:cs="Arial"/>
                <w:b/>
                <w:sz w:val="17"/>
                <w:rtl/>
                <w:szCs w:val="17"/>
                <w:bCs/>
              </w:rPr>
              <w:t>💬 מתי אני שומר/ת על מי שקטן או חלש ממני?</w:t>
            </w:r>
          </w:p>
          <w:p>
            <w:pPr>
              <w:bidi/>
              <w:spacing w:after="20"/>
              <w:jc w:val="center"/>
            </w:pPr>
            <w:r>
              <w:rPr>
                <w:rFonts w:ascii="Arial" w:hAnsi="Arial" w:cs="Arial"/>
                <w:sz w:val="15"/>
                <w:rtl/>
                <w:szCs w:val="15"/>
              </w:rPr>
              <w:t>✍️ כתבו על פעם ששמרתם על ילד או ילדה צעירים מכם.</w:t>
            </w:r>
          </w:p>
        </w:tc>
        <w:tc>
          <w:tcPr>
            <w:tcW w:type="dxa" w:w="3288"/>
          </w:tcPr>
          <w:p>
            <w:pPr>
              <w:bidi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684000" cy="684000"/>
                  <wp:docPr id="17" name="Picture 17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children-c.png"/>
                          <pic:cNvPicPr/>
                        </pic:nvPicPr>
                        <pic:blipFill>
                          <a:blip r:embed="rId2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84000" cy="684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bidi/>
              <w:spacing w:after="20"/>
              <w:jc w:val="center"/>
            </w:pPr>
            <w:r>
              <w:rPr>
                <w:rFonts w:ascii="Arial" w:hAnsi="Arial" w:cs="Arial"/>
                <w:b/>
                <w:color w:val="495057"/>
                <w:sz w:val="21"/>
                <w:rtl/>
                <w:szCs w:val="21"/>
                <w:bCs/>
              </w:rPr>
              <w:t>זהירות ילדים</w:t>
            </w:r>
          </w:p>
          <w:p>
            <w:pPr>
              <w:bidi/>
              <w:spacing w:after="20"/>
              <w:jc w:val="center"/>
            </w:pPr>
            <w:r>
              <w:rPr>
                <w:rFonts w:ascii="Arial" w:hAnsi="Arial" w:cs="Arial"/>
                <w:sz w:val="15"/>
                <w:rtl/>
                <w:szCs w:val="15"/>
              </w:rPr>
              <w:t>לנהגים: בקרבת מקום יש ילדים – מאטים ומוכנים לעצור.</w:t>
            </w:r>
          </w:p>
          <w:p>
            <w:pPr>
              <w:bidi/>
              <w:spacing w:after="20"/>
              <w:jc w:val="center"/>
            </w:pPr>
            <w:r>
              <w:rPr>
                <w:rFonts w:ascii="Arial" w:hAnsi="Arial" w:cs="Arial"/>
                <w:b/>
                <w:sz w:val="17"/>
                <w:rtl/>
                <w:szCs w:val="17"/>
                <w:bCs/>
              </w:rPr>
              <w:t>💬 מה המבוגרים סביבי עושים כדי לשמור עליי, ומה אני יכול/ה לעשות כדי לשמור על הצעירים ממני?</w:t>
            </w:r>
          </w:p>
          <w:p>
            <w:pPr>
              <w:bidi/>
              <w:spacing w:after="20"/>
              <w:jc w:val="center"/>
            </w:pPr>
            <w:r>
              <w:rPr>
                <w:rFonts w:ascii="Arial" w:hAnsi="Arial" w:cs="Arial"/>
                <w:sz w:val="15"/>
                <w:rtl/>
                <w:szCs w:val="15"/>
              </w:rPr>
              <w:t>✍️ כתבו "ברית שמירה" בין הכיתה שלכם לכיתות הצעירות.</w:t>
            </w:r>
          </w:p>
        </w:tc>
        <w:tc>
          <w:tcPr>
            <w:tcW w:type="dxa" w:w="3288"/>
          </w:tcPr>
          <w:p>
            <w:pPr>
              <w:bidi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684000" cy="684000"/>
                  <wp:docPr id="18" name="Picture 18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speed30-c.png"/>
                          <pic:cNvPicPr/>
                        </pic:nvPicPr>
                        <pic:blipFill>
                          <a:blip r:embed="rId2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84000" cy="684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bidi/>
              <w:spacing w:after="20"/>
              <w:jc w:val="center"/>
            </w:pPr>
            <w:r>
              <w:rPr>
                <w:rFonts w:ascii="Arial" w:hAnsi="Arial" w:cs="Arial"/>
                <w:b/>
                <w:color w:val="12B886"/>
                <w:sz w:val="21"/>
                <w:rtl/>
                <w:szCs w:val="21"/>
                <w:bCs/>
              </w:rPr>
              <w:t>מהירות מרבית 30</w:t>
            </w:r>
          </w:p>
          <w:p>
            <w:pPr>
              <w:bidi/>
              <w:spacing w:after="20"/>
              <w:jc w:val="center"/>
            </w:pPr>
            <w:r>
              <w:rPr>
                <w:rFonts w:ascii="Arial" w:hAnsi="Arial" w:cs="Arial"/>
                <w:sz w:val="15"/>
                <w:rtl/>
                <w:szCs w:val="15"/>
              </w:rPr>
              <w:t>לא נוסעים מהר מ־30 קמ"ש. ברחובות מגורים ובקרבת ילדים נוסעים לאט.</w:t>
            </w:r>
          </w:p>
          <w:p>
            <w:pPr>
              <w:bidi/>
              <w:spacing w:after="20"/>
              <w:jc w:val="center"/>
            </w:pPr>
            <w:r>
              <w:rPr>
                <w:rFonts w:ascii="Arial" w:hAnsi="Arial" w:cs="Arial"/>
                <w:b/>
                <w:sz w:val="17"/>
                <w:rtl/>
                <w:szCs w:val="17"/>
                <w:bCs/>
              </w:rPr>
              <w:t>💬 באיזה תחום בחיים כדאי לי "להוריד הילוך" ולעשות דברים לאט ובזהירות?</w:t>
            </w:r>
          </w:p>
          <w:p>
            <w:pPr>
              <w:bidi/>
              <w:spacing w:after="20"/>
              <w:jc w:val="center"/>
            </w:pPr>
            <w:r>
              <w:rPr>
                <w:rFonts w:ascii="Arial" w:hAnsi="Arial" w:cs="Arial"/>
                <w:sz w:val="15"/>
                <w:rtl/>
                <w:szCs w:val="15"/>
              </w:rPr>
              <w:t>✍️ כתבו על דבר שעשיתם לאט – ויצא טוב יותר.</w:t>
            </w:r>
          </w:p>
        </w:tc>
      </w:tr>
      <w:tr>
        <w:tc>
          <w:tcPr>
            <w:tcW w:type="dxa" w:w="3288"/>
          </w:tcPr>
          <w:p>
            <w:pPr>
              <w:bidi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684000" cy="684000"/>
                  <wp:docPr id="19" name="Picture 19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speed50-c.png"/>
                          <pic:cNvPicPr/>
                        </pic:nvPicPr>
                        <pic:blipFill>
                          <a:blip r:embed="rId2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84000" cy="684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bidi/>
              <w:spacing w:after="20"/>
              <w:jc w:val="center"/>
            </w:pPr>
            <w:r>
              <w:rPr>
                <w:rFonts w:ascii="Arial" w:hAnsi="Arial" w:cs="Arial"/>
                <w:b/>
                <w:color w:val="D62828"/>
                <w:sz w:val="21"/>
                <w:rtl/>
                <w:szCs w:val="21"/>
                <w:bCs/>
              </w:rPr>
              <w:t>מהירות מרבית 50</w:t>
            </w:r>
          </w:p>
          <w:p>
            <w:pPr>
              <w:bidi/>
              <w:spacing w:after="20"/>
              <w:jc w:val="center"/>
            </w:pPr>
            <w:r>
              <w:rPr>
                <w:rFonts w:ascii="Arial" w:hAnsi="Arial" w:cs="Arial"/>
                <w:sz w:val="15"/>
                <w:rtl/>
                <w:szCs w:val="15"/>
              </w:rPr>
              <w:t>לא נוסעים מהר מ־50 קמ"ש.</w:t>
            </w:r>
          </w:p>
          <w:p>
            <w:pPr>
              <w:bidi/>
              <w:spacing w:after="20"/>
              <w:jc w:val="center"/>
            </w:pPr>
            <w:r>
              <w:rPr>
                <w:rFonts w:ascii="Arial" w:hAnsi="Arial" w:cs="Arial"/>
                <w:b/>
                <w:sz w:val="17"/>
                <w:rtl/>
                <w:szCs w:val="17"/>
                <w:bCs/>
              </w:rPr>
              <w:t>💬 למה יש "מהירות מרבית" גם כשהכביש ריק? מה זה מלמד על כללים?</w:t>
            </w:r>
          </w:p>
          <w:p>
            <w:pPr>
              <w:bidi/>
              <w:spacing w:after="20"/>
              <w:jc w:val="center"/>
            </w:pPr>
            <w:r>
              <w:rPr>
                <w:rFonts w:ascii="Arial" w:hAnsi="Arial" w:cs="Arial"/>
                <w:sz w:val="15"/>
                <w:rtl/>
                <w:szCs w:val="15"/>
              </w:rPr>
              <w:t>✍️ כתבו מכתב לנהג או לנהגת צעירים: למה כדאי לשמור על המהירות.</w:t>
            </w:r>
          </w:p>
        </w:tc>
        <w:tc>
          <w:tcPr>
            <w:tcW w:type="dxa" w:w="3288"/>
          </w:tcPr>
          <w:p>
            <w:pPr>
              <w:bidi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684000" cy="684000"/>
                  <wp:docPr id="20" name="Picture 20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danger-c.png"/>
                          <pic:cNvPicPr/>
                        </pic:nvPicPr>
                        <pic:blipFill>
                          <a:blip r:embed="rId2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84000" cy="684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bidi/>
              <w:spacing w:after="20"/>
              <w:jc w:val="center"/>
            </w:pPr>
            <w:r>
              <w:rPr>
                <w:rFonts w:ascii="Arial" w:hAnsi="Arial" w:cs="Arial"/>
                <w:b/>
                <w:color w:val="7048E8"/>
                <w:sz w:val="21"/>
                <w:rtl/>
                <w:szCs w:val="21"/>
                <w:bCs/>
              </w:rPr>
              <w:t>סכנה</w:t>
            </w:r>
          </w:p>
          <w:p>
            <w:pPr>
              <w:bidi/>
              <w:spacing w:after="20"/>
              <w:jc w:val="center"/>
            </w:pPr>
            <w:r>
              <w:rPr>
                <w:rFonts w:ascii="Arial" w:hAnsi="Arial" w:cs="Arial"/>
                <w:sz w:val="15"/>
                <w:rtl/>
                <w:szCs w:val="15"/>
              </w:rPr>
              <w:t>אזהרה כללית: יש סכנה לפנים – מאטים ושמים לב.</w:t>
            </w:r>
          </w:p>
          <w:p>
            <w:pPr>
              <w:bidi/>
              <w:spacing w:after="20"/>
              <w:jc w:val="center"/>
            </w:pPr>
            <w:r>
              <w:rPr>
                <w:rFonts w:ascii="Arial" w:hAnsi="Arial" w:cs="Arial"/>
                <w:b/>
                <w:sz w:val="17"/>
                <w:rtl/>
                <w:szCs w:val="17"/>
                <w:bCs/>
              </w:rPr>
              <w:t>💬 איך אני מזהה "סימני אזהרה" במצב חברתי – לפני שמשהו מתפתח לריב?</w:t>
            </w:r>
          </w:p>
          <w:p>
            <w:pPr>
              <w:bidi/>
              <w:spacing w:after="20"/>
              <w:jc w:val="center"/>
            </w:pPr>
            <w:r>
              <w:rPr>
                <w:rFonts w:ascii="Arial" w:hAnsi="Arial" w:cs="Arial"/>
                <w:sz w:val="15"/>
                <w:rtl/>
                <w:szCs w:val="15"/>
              </w:rPr>
              <w:t>✍️ כתבו שלושה "סימני אזהרה" ומה עושים כשמזהים אותם.</w:t>
            </w:r>
          </w:p>
        </w:tc>
        <w:tc>
          <w:tcPr>
            <w:tcW w:type="dxa" w:w="3288"/>
          </w:tcPr>
          <w:p>
            <w:pPr>
              <w:bidi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684000" cy="684000"/>
                  <wp:docPr id="21" name="Picture 2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bike-c.png"/>
                          <pic:cNvPicPr/>
                        </pic:nvPicPr>
                        <pic:blipFill>
                          <a:blip r:embed="rId2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84000" cy="684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bidi/>
              <w:spacing w:after="20"/>
              <w:jc w:val="center"/>
            </w:pPr>
            <w:r>
              <w:rPr>
                <w:rFonts w:ascii="Arial" w:hAnsi="Arial" w:cs="Arial"/>
                <w:b/>
                <w:color w:val="2B9348"/>
                <w:sz w:val="21"/>
                <w:rtl/>
                <w:szCs w:val="21"/>
                <w:bCs/>
              </w:rPr>
              <w:t>שביל אופניים</w:t>
            </w:r>
          </w:p>
          <w:p>
            <w:pPr>
              <w:bidi/>
              <w:spacing w:after="20"/>
              <w:jc w:val="center"/>
            </w:pPr>
            <w:r>
              <w:rPr>
                <w:rFonts w:ascii="Arial" w:hAnsi="Arial" w:cs="Arial"/>
                <w:sz w:val="15"/>
                <w:rtl/>
                <w:szCs w:val="15"/>
              </w:rPr>
              <w:t>שביל לרוכבי אופניים. רוכבים בו בזהירות, בצד ימין ובמהירות מתונה.</w:t>
            </w:r>
          </w:p>
          <w:p>
            <w:pPr>
              <w:bidi/>
              <w:spacing w:after="20"/>
              <w:jc w:val="center"/>
            </w:pPr>
            <w:r>
              <w:rPr>
                <w:rFonts w:ascii="Arial" w:hAnsi="Arial" w:cs="Arial"/>
                <w:b/>
                <w:sz w:val="17"/>
                <w:rtl/>
                <w:szCs w:val="17"/>
                <w:bCs/>
              </w:rPr>
              <w:t>💬 מה ה"נתיב" שלי – הדבר שאני הכי אוהב/ת לעשות?</w:t>
            </w:r>
          </w:p>
          <w:p>
            <w:pPr>
              <w:bidi/>
              <w:spacing w:after="20"/>
              <w:jc w:val="center"/>
            </w:pPr>
            <w:r>
              <w:rPr>
                <w:rFonts w:ascii="Arial" w:hAnsi="Arial" w:cs="Arial"/>
                <w:sz w:val="15"/>
                <w:rtl/>
                <w:szCs w:val="15"/>
              </w:rPr>
              <w:t>✍️ כתבו על כישרון שלכם ואיך הוא עוזר לאחרים.</w:t>
            </w:r>
          </w:p>
        </w:tc>
      </w:tr>
      <w:tr>
        <w:tc>
          <w:tcPr>
            <w:tcW w:type="dxa" w:w="3288"/>
          </w:tcPr>
          <w:p>
            <w:pPr>
              <w:bidi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684000" cy="684000"/>
                  <wp:docPr id="22" name="Picture 22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bike-c.png"/>
                          <pic:cNvPicPr/>
                        </pic:nvPicPr>
                        <pic:blipFill>
                          <a:blip r:embed="rId2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84000" cy="684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bidi/>
              <w:spacing w:after="20"/>
              <w:jc w:val="center"/>
            </w:pPr>
            <w:r>
              <w:rPr>
                <w:rFonts w:ascii="Arial" w:hAnsi="Arial" w:cs="Arial"/>
                <w:b/>
                <w:color w:val="F59F00"/>
                <w:sz w:val="21"/>
                <w:rtl/>
                <w:szCs w:val="21"/>
                <w:bCs/>
              </w:rPr>
              <w:t>שביל אופניים</w:t>
            </w:r>
          </w:p>
          <w:p>
            <w:pPr>
              <w:bidi/>
              <w:spacing w:after="20"/>
              <w:jc w:val="center"/>
            </w:pPr>
            <w:r>
              <w:rPr>
                <w:rFonts w:ascii="Arial" w:hAnsi="Arial" w:cs="Arial"/>
                <w:sz w:val="15"/>
                <w:rtl/>
                <w:szCs w:val="15"/>
              </w:rPr>
              <w:t>שביל לרוכבי אופניים. רוכבים בו בזהירות, בצד ימין ובמהירות מתונה.</w:t>
            </w:r>
          </w:p>
          <w:p>
            <w:pPr>
              <w:bidi/>
              <w:spacing w:after="20"/>
              <w:jc w:val="center"/>
            </w:pPr>
            <w:r>
              <w:rPr>
                <w:rFonts w:ascii="Arial" w:hAnsi="Arial" w:cs="Arial"/>
                <w:b/>
                <w:sz w:val="17"/>
                <w:rtl/>
                <w:szCs w:val="17"/>
                <w:bCs/>
              </w:rPr>
              <w:t>💬 מה אני עושה כדי שיראו אותי כשאני רוכב/ת – ביום ובלילה?</w:t>
            </w:r>
          </w:p>
          <w:p>
            <w:pPr>
              <w:bidi/>
              <w:spacing w:after="20"/>
              <w:jc w:val="center"/>
            </w:pPr>
            <w:r>
              <w:rPr>
                <w:rFonts w:ascii="Arial" w:hAnsi="Arial" w:cs="Arial"/>
                <w:sz w:val="15"/>
                <w:rtl/>
                <w:szCs w:val="15"/>
              </w:rPr>
              <w:t>✍️ הכינו רשימת בדיקה לפני רכיבה: קסדה, פנס, פעמון, בלמים...</w:t>
            </w:r>
          </w:p>
        </w:tc>
        <w:tc>
          <w:tcPr>
            <w:tcW w:type="dxa" w:w="3288"/>
          </w:tcPr>
          <w:p>
            <w:pPr>
              <w:bidi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684000" cy="684000"/>
                  <wp:docPr id="23" name="Picture 23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scooter-c.png"/>
                          <pic:cNvPicPr/>
                        </pic:nvPicPr>
                        <pic:blipFill>
                          <a:blip r:embed="rId2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84000" cy="684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bidi/>
              <w:spacing w:after="20"/>
              <w:jc w:val="center"/>
            </w:pPr>
            <w:r>
              <w:rPr>
                <w:rFonts w:ascii="Arial" w:hAnsi="Arial" w:cs="Arial"/>
                <w:b/>
                <w:color w:val="2B9348"/>
                <w:sz w:val="21"/>
                <w:rtl/>
                <w:szCs w:val="21"/>
                <w:bCs/>
              </w:rPr>
              <w:t>אסור לרכוב על קורקינט</w:t>
            </w:r>
          </w:p>
          <w:p>
            <w:pPr>
              <w:bidi/>
              <w:spacing w:after="20"/>
              <w:jc w:val="center"/>
            </w:pPr>
            <w:r>
              <w:rPr>
                <w:rFonts w:ascii="Arial" w:hAnsi="Arial" w:cs="Arial"/>
                <w:sz w:val="15"/>
                <w:rtl/>
                <w:szCs w:val="15"/>
              </w:rPr>
              <w:t>כאן אסור לרכוב על קורקינט. על קורקינט חשמלי רוכבים לבד, עם קסדה, ולא על המדרכה.</w:t>
            </w:r>
          </w:p>
          <w:p>
            <w:pPr>
              <w:bidi/>
              <w:spacing w:after="20"/>
              <w:jc w:val="center"/>
            </w:pPr>
            <w:r>
              <w:rPr>
                <w:rFonts w:ascii="Arial" w:hAnsi="Arial" w:cs="Arial"/>
                <w:b/>
                <w:sz w:val="17"/>
                <w:rtl/>
                <w:szCs w:val="17"/>
                <w:bCs/>
              </w:rPr>
              <w:t>💬 למה קשה לפעמים לעמוד בפני "רק הפעם, זה קרוב"?</w:t>
            </w:r>
          </w:p>
          <w:p>
            <w:pPr>
              <w:bidi/>
              <w:spacing w:after="20"/>
              <w:jc w:val="center"/>
            </w:pPr>
            <w:r>
              <w:rPr>
                <w:rFonts w:ascii="Arial" w:hAnsi="Arial" w:cs="Arial"/>
                <w:sz w:val="15"/>
                <w:rtl/>
                <w:szCs w:val="15"/>
              </w:rPr>
              <w:t>✍️ כתבו שיחה בין שני חברים או חברות: אחד רוצה לעלות כשניים על קורקינט, והשני מסרב בחוכמה.</w:t>
            </w:r>
          </w:p>
        </w:tc>
        <w:tc>
          <w:tcPr>
            <w:tcW w:type="dxa" w:w="3288"/>
          </w:tcPr>
          <w:p>
            <w:pPr>
              <w:bidi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684000" cy="684000"/>
                  <wp:docPr id="24" name="Picture 24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scooter-c.png"/>
                          <pic:cNvPicPr/>
                        </pic:nvPicPr>
                        <pic:blipFill>
                          <a:blip r:embed="rId2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84000" cy="684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bidi/>
              <w:spacing w:after="20"/>
              <w:jc w:val="center"/>
            </w:pPr>
            <w:r>
              <w:rPr>
                <w:rFonts w:ascii="Arial" w:hAnsi="Arial" w:cs="Arial"/>
                <w:b/>
                <w:color w:val="D62828"/>
                <w:sz w:val="21"/>
                <w:rtl/>
                <w:szCs w:val="21"/>
                <w:bCs/>
              </w:rPr>
              <w:t>אסור לרכוב על קורקינט</w:t>
            </w:r>
          </w:p>
          <w:p>
            <w:pPr>
              <w:bidi/>
              <w:spacing w:after="20"/>
              <w:jc w:val="center"/>
            </w:pPr>
            <w:r>
              <w:rPr>
                <w:rFonts w:ascii="Arial" w:hAnsi="Arial" w:cs="Arial"/>
                <w:sz w:val="15"/>
                <w:rtl/>
                <w:szCs w:val="15"/>
              </w:rPr>
              <w:t>כאן אסור לרכוב על קורקינט. על קורקינט חשמלי רוכבים לבד, עם קסדה, ולא על המדרכה.</w:t>
            </w:r>
          </w:p>
          <w:p>
            <w:pPr>
              <w:bidi/>
              <w:spacing w:after="20"/>
              <w:jc w:val="center"/>
            </w:pPr>
            <w:r>
              <w:rPr>
                <w:rFonts w:ascii="Arial" w:hAnsi="Arial" w:cs="Arial"/>
                <w:b/>
                <w:sz w:val="17"/>
                <w:rtl/>
                <w:szCs w:val="17"/>
                <w:bCs/>
              </w:rPr>
              <w:t>💬 איפה עובר הגבול בין חופש אישי לאחריות כלפי אחרים במרחב הציבורי?</w:t>
            </w:r>
          </w:p>
          <w:p>
            <w:pPr>
              <w:bidi/>
              <w:spacing w:after="20"/>
              <w:jc w:val="center"/>
            </w:pPr>
            <w:r>
              <w:rPr>
                <w:rFonts w:ascii="Arial" w:hAnsi="Arial" w:cs="Arial"/>
                <w:sz w:val="15"/>
                <w:rtl/>
                <w:szCs w:val="15"/>
              </w:rPr>
              <w:t>✍️ כתבו מאמר דעה קצר: "המדרכה שייכת להולכי הרגל".</w:t>
            </w:r>
          </w:p>
        </w:tc>
      </w:tr>
    </w:tbl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8" w:color="888888"/>
          <w:left w:val="dashed" w:sz="8" w:color="888888"/>
          <w:bottom w:val="dashed" w:sz="8" w:color="888888"/>
          <w:right w:val="dashed" w:sz="8" w:color="888888"/>
          <w:insideH w:val="dashed" w:sz="8" w:color="888888"/>
          <w:insideV w:val="dashed" w:sz="8" w:color="888888"/>
        </w:tblBorders>
      </w:tblPr>
      <w:tblGrid>
        <w:gridCol w:w="3475"/>
        <w:gridCol w:w="3475"/>
        <w:gridCol w:w="3475"/>
      </w:tblGrid>
      <w:tr>
        <w:tc>
          <w:tcPr>
            <w:tcW w:type="dxa" w:w="3288"/>
          </w:tcPr>
          <w:p>
            <w:pPr>
              <w:bidi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684000" cy="684000"/>
                  <wp:docPr id="25" name="Picture 25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ebike-c.png"/>
                          <pic:cNvPicPr/>
                        </pic:nvPicPr>
                        <pic:blipFill>
                          <a:blip r:embed="rId2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84000" cy="684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bidi/>
              <w:spacing w:after="20"/>
              <w:jc w:val="center"/>
            </w:pPr>
            <w:r>
              <w:rPr>
                <w:rFonts w:ascii="Arial" w:hAnsi="Arial" w:cs="Arial"/>
                <w:b/>
                <w:color w:val="2B9348"/>
                <w:sz w:val="21"/>
                <w:rtl/>
                <w:szCs w:val="21"/>
                <w:bCs/>
              </w:rPr>
              <w:t>אופניים חשמליים</w:t>
            </w:r>
          </w:p>
          <w:p>
            <w:pPr>
              <w:bidi/>
              <w:spacing w:after="20"/>
              <w:jc w:val="center"/>
            </w:pPr>
            <w:r>
              <w:rPr>
                <w:rFonts w:ascii="Arial" w:hAnsi="Arial" w:cs="Arial"/>
                <w:sz w:val="15"/>
                <w:rtl/>
                <w:szCs w:val="15"/>
              </w:rPr>
              <w:t>אופניים חשמליים רוכבים בשביל אופניים או בכביש לפי הכללים – לא על המדרכה.</w:t>
            </w:r>
          </w:p>
          <w:p>
            <w:pPr>
              <w:bidi/>
              <w:spacing w:after="20"/>
              <w:jc w:val="center"/>
            </w:pPr>
            <w:r>
              <w:rPr>
                <w:rFonts w:ascii="Arial" w:hAnsi="Arial" w:cs="Arial"/>
                <w:b/>
                <w:sz w:val="17"/>
                <w:rtl/>
                <w:szCs w:val="17"/>
                <w:bCs/>
              </w:rPr>
              <w:t>💬 מתי "מהר יותר" הוא לא "טוב יותר"?</w:t>
            </w:r>
          </w:p>
          <w:p>
            <w:pPr>
              <w:bidi/>
              <w:spacing w:after="20"/>
              <w:jc w:val="center"/>
            </w:pPr>
            <w:r>
              <w:rPr>
                <w:rFonts w:ascii="Arial" w:hAnsi="Arial" w:cs="Arial"/>
                <w:sz w:val="15"/>
                <w:rtl/>
                <w:szCs w:val="15"/>
              </w:rPr>
              <w:t>✍️ כתבו על החלטה שלקחתם בזהירות, למרות שהיה פיתוי למהר.</w:t>
            </w:r>
          </w:p>
        </w:tc>
        <w:tc>
          <w:tcPr>
            <w:tcW w:type="dxa" w:w="3288"/>
          </w:tcPr>
          <w:p>
            <w:pPr>
              <w:bidi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684000" cy="684000"/>
                  <wp:docPr id="26" name="Picture 26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helmet-c.png"/>
                          <pic:cNvPicPr/>
                        </pic:nvPicPr>
                        <pic:blipFill>
                          <a:blip r:embed="rId2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84000" cy="684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bidi/>
              <w:spacing w:after="20"/>
              <w:jc w:val="center"/>
            </w:pPr>
            <w:r>
              <w:rPr>
                <w:rFonts w:ascii="Arial" w:hAnsi="Arial" w:cs="Arial"/>
                <w:b/>
                <w:color w:val="2B9348"/>
                <w:sz w:val="21"/>
                <w:rtl/>
                <w:szCs w:val="21"/>
                <w:bCs/>
              </w:rPr>
              <w:t>חובשים קסדה</w:t>
            </w:r>
          </w:p>
          <w:p>
            <w:pPr>
              <w:bidi/>
              <w:spacing w:after="20"/>
              <w:jc w:val="center"/>
            </w:pPr>
            <w:r>
              <w:rPr>
                <w:rFonts w:ascii="Arial" w:hAnsi="Arial" w:cs="Arial"/>
                <w:sz w:val="15"/>
                <w:rtl/>
                <w:szCs w:val="15"/>
              </w:rPr>
              <w:t>קסדה תקנית, סגורה ומהודקת, שומרת על הראש ברכיבה.</w:t>
            </w:r>
          </w:p>
          <w:p>
            <w:pPr>
              <w:bidi/>
              <w:spacing w:after="20"/>
              <w:jc w:val="center"/>
            </w:pPr>
            <w:r>
              <w:rPr>
                <w:rFonts w:ascii="Arial" w:hAnsi="Arial" w:cs="Arial"/>
                <w:b/>
                <w:sz w:val="17"/>
                <w:rtl/>
                <w:szCs w:val="17"/>
                <w:bCs/>
              </w:rPr>
              <w:t>💬 מה ה"קסדה" שלי – הדבר שמגן עליי כשקשה?</w:t>
            </w:r>
          </w:p>
          <w:p>
            <w:pPr>
              <w:bidi/>
              <w:spacing w:after="20"/>
              <w:jc w:val="center"/>
            </w:pPr>
            <w:r>
              <w:rPr>
                <w:rFonts w:ascii="Arial" w:hAnsi="Arial" w:cs="Arial"/>
                <w:sz w:val="15"/>
                <w:rtl/>
                <w:szCs w:val="15"/>
              </w:rPr>
              <w:t>✍️ כתבו על אדם, הרגל או משפט שמגנים עליכם.</w:t>
            </w:r>
          </w:p>
        </w:tc>
        <w:tc>
          <w:tcPr>
            <w:tcW w:type="dxa" w:w="3288"/>
          </w:tcPr>
          <w:p>
            <w:pPr>
              <w:bidi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684000" cy="684000"/>
                  <wp:docPr id="27" name="Picture 27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seatbelt-c.png"/>
                          <pic:cNvPicPr/>
                        </pic:nvPicPr>
                        <pic:blipFill>
                          <a:blip r:embed="rId2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84000" cy="684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bidi/>
              <w:spacing w:after="20"/>
              <w:jc w:val="center"/>
            </w:pPr>
            <w:r>
              <w:rPr>
                <w:rFonts w:ascii="Arial" w:hAnsi="Arial" w:cs="Arial"/>
                <w:b/>
                <w:color w:val="E8590C"/>
                <w:sz w:val="21"/>
                <w:rtl/>
                <w:szCs w:val="21"/>
                <w:bCs/>
              </w:rPr>
              <w:t>חוגרים חגורה</w:t>
            </w:r>
          </w:p>
          <w:p>
            <w:pPr>
              <w:bidi/>
              <w:spacing w:after="20"/>
              <w:jc w:val="center"/>
            </w:pPr>
            <w:r>
              <w:rPr>
                <w:rFonts w:ascii="Arial" w:hAnsi="Arial" w:cs="Arial"/>
                <w:sz w:val="15"/>
                <w:rtl/>
                <w:szCs w:val="15"/>
              </w:rPr>
              <w:t>כל הנוסעים חוגרים – מקדימה ומאחור, גם בנסיעה קצרה.</w:t>
            </w:r>
          </w:p>
          <w:p>
            <w:pPr>
              <w:bidi/>
              <w:spacing w:after="20"/>
              <w:jc w:val="center"/>
            </w:pPr>
            <w:r>
              <w:rPr>
                <w:rFonts w:ascii="Arial" w:hAnsi="Arial" w:cs="Arial"/>
                <w:b/>
                <w:sz w:val="17"/>
                <w:rtl/>
                <w:szCs w:val="17"/>
                <w:bCs/>
              </w:rPr>
              <w:t>💬 איזה הרגל קטן שלי שומר עליי כל יום בלי שאני חושב/ת עליו?</w:t>
            </w:r>
          </w:p>
          <w:p>
            <w:pPr>
              <w:bidi/>
              <w:spacing w:after="20"/>
              <w:jc w:val="center"/>
            </w:pPr>
            <w:r>
              <w:rPr>
                <w:rFonts w:ascii="Arial" w:hAnsi="Arial" w:cs="Arial"/>
                <w:sz w:val="15"/>
                <w:rtl/>
                <w:szCs w:val="15"/>
              </w:rPr>
              <w:t>✍️ כתבו "פרסומת" קצרה שמשכנעת לחגור תמיד.</w:t>
            </w:r>
          </w:p>
        </w:tc>
      </w:tr>
      <w:tr>
        <w:tc>
          <w:tcPr>
            <w:tcW w:type="dxa" w:w="3288"/>
          </w:tcPr>
          <w:p>
            <w:pPr>
              <w:bidi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684000" cy="684000"/>
                  <wp:docPr id="28" name="Picture 28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carseat-c.png"/>
                          <pic:cNvPicPr/>
                        </pic:nvPicPr>
                        <pic:blipFill>
                          <a:blip r:embed="rId3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84000" cy="684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bidi/>
              <w:spacing w:after="20"/>
              <w:jc w:val="center"/>
            </w:pPr>
            <w:r>
              <w:rPr>
                <w:rFonts w:ascii="Arial" w:hAnsi="Arial" w:cs="Arial"/>
                <w:b/>
                <w:color w:val="E8590C"/>
                <w:sz w:val="21"/>
                <w:rtl/>
                <w:szCs w:val="21"/>
                <w:bCs/>
              </w:rPr>
              <w:t>מושב בטיחות</w:t>
            </w:r>
          </w:p>
          <w:p>
            <w:pPr>
              <w:bidi/>
              <w:spacing w:after="20"/>
              <w:jc w:val="center"/>
            </w:pPr>
            <w:r>
              <w:rPr>
                <w:rFonts w:ascii="Arial" w:hAnsi="Arial" w:cs="Arial"/>
                <w:sz w:val="15"/>
                <w:rtl/>
                <w:szCs w:val="15"/>
              </w:rPr>
              <w:t>ילדים צעירים יושבים במושב בטיחות או במושב מגביה שמתאים לגיל ולמשקל.</w:t>
            </w:r>
          </w:p>
          <w:p>
            <w:pPr>
              <w:bidi/>
              <w:spacing w:after="20"/>
              <w:jc w:val="center"/>
            </w:pPr>
            <w:r>
              <w:rPr>
                <w:rFonts w:ascii="Arial" w:hAnsi="Arial" w:cs="Arial"/>
                <w:b/>
                <w:sz w:val="17"/>
                <w:rtl/>
                <w:szCs w:val="17"/>
                <w:bCs/>
              </w:rPr>
              <w:t>💬 למה ההגנה שמתאימה לנו משתנה כשאנחנו גדלים?</w:t>
            </w:r>
          </w:p>
          <w:p>
            <w:pPr>
              <w:bidi/>
              <w:spacing w:after="20"/>
              <w:jc w:val="center"/>
            </w:pPr>
            <w:r>
              <w:rPr>
                <w:rFonts w:ascii="Arial" w:hAnsi="Arial" w:cs="Arial"/>
                <w:sz w:val="15"/>
                <w:rtl/>
                <w:szCs w:val="15"/>
              </w:rPr>
              <w:t>✍️ כתבו על דבר שעזר לכם כשהייתם קטנים ועכשיו כבר לא צריך – ומה מחליף אותו.</w:t>
            </w:r>
          </w:p>
        </w:tc>
        <w:tc>
          <w:tcPr>
            <w:tcW w:type="dxa" w:w="3288"/>
          </w:tcPr>
          <w:p>
            <w:pPr>
              <w:bidi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684000" cy="684000"/>
                  <wp:docPr id="29" name="Picture 29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bus-c.png"/>
                          <pic:cNvPicPr/>
                        </pic:nvPicPr>
                        <pic:blipFill>
                          <a:blip r:embed="rId3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84000" cy="684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bidi/>
              <w:spacing w:after="20"/>
              <w:jc w:val="center"/>
            </w:pPr>
            <w:r>
              <w:rPr>
                <w:rFonts w:ascii="Arial" w:hAnsi="Arial" w:cs="Arial"/>
                <w:b/>
                <w:color w:val="E8590C"/>
                <w:sz w:val="21"/>
                <w:rtl/>
                <w:szCs w:val="21"/>
                <w:bCs/>
              </w:rPr>
              <w:t>תחנת אוטובוס</w:t>
            </w:r>
          </w:p>
          <w:p>
            <w:pPr>
              <w:bidi/>
              <w:spacing w:after="20"/>
              <w:jc w:val="center"/>
            </w:pPr>
            <w:r>
              <w:rPr>
                <w:rFonts w:ascii="Arial" w:hAnsi="Arial" w:cs="Arial"/>
                <w:sz w:val="15"/>
                <w:rtl/>
                <w:szCs w:val="15"/>
              </w:rPr>
              <w:t>כאן עוצר האוטובוס. ממתינים על המדרכה, רחוק משפת הכביש, ועולים רק כשהאוטובוס עוצר לגמרי.</w:t>
            </w:r>
          </w:p>
          <w:p>
            <w:pPr>
              <w:bidi/>
              <w:spacing w:after="20"/>
              <w:jc w:val="center"/>
            </w:pPr>
            <w:r>
              <w:rPr>
                <w:rFonts w:ascii="Arial" w:hAnsi="Arial" w:cs="Arial"/>
                <w:b/>
                <w:sz w:val="17"/>
                <w:rtl/>
                <w:szCs w:val="17"/>
                <w:bCs/>
              </w:rPr>
              <w:t>💬 איך אני מתנהג/ת במקומות שמשותפים לכולם – תחנה, אוטובוס, מסדרון?</w:t>
            </w:r>
          </w:p>
          <w:p>
            <w:pPr>
              <w:bidi/>
              <w:spacing w:after="20"/>
              <w:jc w:val="center"/>
            </w:pPr>
            <w:r>
              <w:rPr>
                <w:rFonts w:ascii="Arial" w:hAnsi="Arial" w:cs="Arial"/>
                <w:sz w:val="15"/>
                <w:rtl/>
                <w:szCs w:val="15"/>
              </w:rPr>
              <w:t>✍️ כתבו "כללי נימוס לאוטובוס" שהייתם רוצים שכולם יכירו.</w:t>
            </w:r>
          </w:p>
        </w:tc>
        <w:tc>
          <w:tcPr>
            <w:tcW w:type="dxa" w:w="3288"/>
          </w:tcPr>
          <w:p>
            <w:pPr>
              <w:bidi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684000" cy="684000"/>
                  <wp:docPr id="30" name="Picture 30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bus-c.png"/>
                          <pic:cNvPicPr/>
                        </pic:nvPicPr>
                        <pic:blipFill>
                          <a:blip r:embed="rId3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84000" cy="684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bidi/>
              <w:spacing w:after="20"/>
              <w:jc w:val="center"/>
            </w:pPr>
            <w:r>
              <w:rPr>
                <w:rFonts w:ascii="Arial" w:hAnsi="Arial" w:cs="Arial"/>
                <w:b/>
                <w:color w:val="E64980"/>
                <w:sz w:val="21"/>
                <w:rtl/>
                <w:szCs w:val="21"/>
                <w:bCs/>
              </w:rPr>
              <w:t>תחנת אוטובוס</w:t>
            </w:r>
          </w:p>
          <w:p>
            <w:pPr>
              <w:bidi/>
              <w:spacing w:after="20"/>
              <w:jc w:val="center"/>
            </w:pPr>
            <w:r>
              <w:rPr>
                <w:rFonts w:ascii="Arial" w:hAnsi="Arial" w:cs="Arial"/>
                <w:sz w:val="15"/>
                <w:rtl/>
                <w:szCs w:val="15"/>
              </w:rPr>
              <w:t>כאן עוצר האוטובוס. ממתינים על המדרכה, רחוק משפת הכביש, ועולים רק כשהאוטובוס עוצר לגמרי.</w:t>
            </w:r>
          </w:p>
          <w:p>
            <w:pPr>
              <w:bidi/>
              <w:spacing w:after="20"/>
              <w:jc w:val="center"/>
            </w:pPr>
            <w:r>
              <w:rPr>
                <w:rFonts w:ascii="Arial" w:hAnsi="Arial" w:cs="Arial"/>
                <w:b/>
                <w:sz w:val="17"/>
                <w:rtl/>
                <w:szCs w:val="17"/>
                <w:bCs/>
              </w:rPr>
              <w:t>💬 למי אני מפנה מקום, ואיך מרגיש לקבל מקום?</w:t>
            </w:r>
          </w:p>
          <w:p>
            <w:pPr>
              <w:bidi/>
              <w:spacing w:after="20"/>
              <w:jc w:val="center"/>
            </w:pPr>
            <w:r>
              <w:rPr>
                <w:rFonts w:ascii="Arial" w:hAnsi="Arial" w:cs="Arial"/>
                <w:sz w:val="15"/>
                <w:rtl/>
                <w:szCs w:val="15"/>
              </w:rPr>
              <w:t>✍️ כתבו על מעשה קטן של כבוד שראיתם בתחבורה הציבורית.</w:t>
            </w:r>
          </w:p>
        </w:tc>
      </w:tr>
      <w:tr>
        <w:tc>
          <w:tcPr>
            <w:tcW w:type="dxa" w:w="3288"/>
          </w:tcPr>
          <w:p>
            <w:pPr>
              <w:bidi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684000" cy="684000"/>
                  <wp:docPr id="31" name="Picture 3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roundabout-c.png"/>
                          <pic:cNvPicPr/>
                        </pic:nvPicPr>
                        <pic:blipFill>
                          <a:blip r:embed="rId3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84000" cy="684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bidi/>
              <w:spacing w:after="20"/>
              <w:jc w:val="center"/>
            </w:pPr>
            <w:r>
              <w:rPr>
                <w:rFonts w:ascii="Arial" w:hAnsi="Arial" w:cs="Arial"/>
                <w:b/>
                <w:color w:val="E64980"/>
                <w:sz w:val="21"/>
                <w:rtl/>
                <w:szCs w:val="21"/>
                <w:bCs/>
              </w:rPr>
              <w:t>כיכר</w:t>
            </w:r>
          </w:p>
          <w:p>
            <w:pPr>
              <w:bidi/>
              <w:spacing w:after="20"/>
              <w:jc w:val="center"/>
            </w:pPr>
            <w:r>
              <w:rPr>
                <w:rFonts w:ascii="Arial" w:hAnsi="Arial" w:cs="Arial"/>
                <w:sz w:val="15"/>
                <w:rtl/>
                <w:szCs w:val="15"/>
              </w:rPr>
              <w:t>נוסעים מסביב לכיכר בכיוון החצים ונותנים זכות קדימה למי שכבר בתוכה.</w:t>
            </w:r>
          </w:p>
          <w:p>
            <w:pPr>
              <w:bidi/>
              <w:spacing w:after="20"/>
              <w:jc w:val="center"/>
            </w:pPr>
            <w:r>
              <w:rPr>
                <w:rFonts w:ascii="Arial" w:hAnsi="Arial" w:cs="Arial"/>
                <w:b/>
                <w:sz w:val="17"/>
                <w:rtl/>
                <w:szCs w:val="17"/>
                <w:bCs/>
              </w:rPr>
              <w:t>💬 איך כולם מצליחים לנוע יחד בלי להתנגש – בכיכר ובכיתה?</w:t>
            </w:r>
          </w:p>
          <w:p>
            <w:pPr>
              <w:bidi/>
              <w:spacing w:after="20"/>
              <w:jc w:val="center"/>
            </w:pPr>
            <w:r>
              <w:rPr>
                <w:rFonts w:ascii="Arial" w:hAnsi="Arial" w:cs="Arial"/>
                <w:sz w:val="15"/>
                <w:rtl/>
                <w:szCs w:val="15"/>
              </w:rPr>
              <w:t>✍️ כתבו כללים ל"כיכר הכיתתית": איך מדברים בתורות בדיון.</w:t>
            </w:r>
          </w:p>
        </w:tc>
        <w:tc>
          <w:tcPr>
            <w:tcW w:type="dxa" w:w="3288"/>
          </w:tcPr>
          <w:p>
            <w:pPr>
              <w:bidi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684000" cy="684000"/>
                  <wp:docPr id="32" name="Picture 32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roundabout-c.png"/>
                          <pic:cNvPicPr/>
                        </pic:nvPicPr>
                        <pic:blipFill>
                          <a:blip r:embed="rId3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84000" cy="684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bidi/>
              <w:spacing w:after="20"/>
              <w:jc w:val="center"/>
            </w:pPr>
            <w:r>
              <w:rPr>
                <w:rFonts w:ascii="Arial" w:hAnsi="Arial" w:cs="Arial"/>
                <w:b/>
                <w:color w:val="12B886"/>
                <w:sz w:val="21"/>
                <w:rtl/>
                <w:szCs w:val="21"/>
                <w:bCs/>
              </w:rPr>
              <w:t>כיכר</w:t>
            </w:r>
          </w:p>
          <w:p>
            <w:pPr>
              <w:bidi/>
              <w:spacing w:after="20"/>
              <w:jc w:val="center"/>
            </w:pPr>
            <w:r>
              <w:rPr>
                <w:rFonts w:ascii="Arial" w:hAnsi="Arial" w:cs="Arial"/>
                <w:sz w:val="15"/>
                <w:rtl/>
                <w:szCs w:val="15"/>
              </w:rPr>
              <w:t>נוסעים מסביב לכיכר בכיוון החצים ונותנים זכות קדימה למי שכבר בתוכה.</w:t>
            </w:r>
          </w:p>
          <w:p>
            <w:pPr>
              <w:bidi/>
              <w:spacing w:after="20"/>
              <w:jc w:val="center"/>
            </w:pPr>
            <w:r>
              <w:rPr>
                <w:rFonts w:ascii="Arial" w:hAnsi="Arial" w:cs="Arial"/>
                <w:b/>
                <w:sz w:val="17"/>
                <w:rtl/>
                <w:szCs w:val="17"/>
                <w:bCs/>
              </w:rPr>
              <w:t>💬 האם קרה לי ש"הסתובבתי במעגל" סביב בעיה? מה עזר לי לצאת?</w:t>
            </w:r>
          </w:p>
          <w:p>
            <w:pPr>
              <w:bidi/>
              <w:spacing w:after="20"/>
              <w:jc w:val="center"/>
            </w:pPr>
            <w:r>
              <w:rPr>
                <w:rFonts w:ascii="Arial" w:hAnsi="Arial" w:cs="Arial"/>
                <w:sz w:val="15"/>
                <w:rtl/>
                <w:szCs w:val="15"/>
              </w:rPr>
              <w:t>✍️ כתבו על "יציאה מהכיכר": צעד אחד שעזר לכם לצאת מתקיעות.</w:t>
            </w:r>
          </w:p>
        </w:tc>
        <w:tc>
          <w:tcPr>
            <w:tcW w:type="dxa" w:w="3288"/>
          </w:tcPr>
          <w:p>
            <w:pPr>
              <w:bidi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684000" cy="684000"/>
                  <wp:docPr id="33" name="Picture 33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nouturn-c.png"/>
                          <pic:cNvPicPr/>
                        </pic:nvPicPr>
                        <pic:blipFill>
                          <a:blip r:embed="rId3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84000" cy="684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bidi/>
              <w:spacing w:after="20"/>
              <w:jc w:val="center"/>
            </w:pPr>
            <w:r>
              <w:rPr>
                <w:rFonts w:ascii="Arial" w:hAnsi="Arial" w:cs="Arial"/>
                <w:b/>
                <w:color w:val="D62828"/>
                <w:sz w:val="21"/>
                <w:rtl/>
                <w:szCs w:val="21"/>
                <w:bCs/>
              </w:rPr>
              <w:t>אסור לפנות פרסה</w:t>
            </w:r>
          </w:p>
          <w:p>
            <w:pPr>
              <w:bidi/>
              <w:spacing w:after="20"/>
              <w:jc w:val="center"/>
            </w:pPr>
            <w:r>
              <w:rPr>
                <w:rFonts w:ascii="Arial" w:hAnsi="Arial" w:cs="Arial"/>
                <w:sz w:val="15"/>
                <w:rtl/>
                <w:szCs w:val="15"/>
              </w:rPr>
              <w:t>אסור לפנות כאן פרסה (פנייה לאחור).</w:t>
            </w:r>
          </w:p>
          <w:p>
            <w:pPr>
              <w:bidi/>
              <w:spacing w:after="20"/>
              <w:jc w:val="center"/>
            </w:pPr>
            <w:r>
              <w:rPr>
                <w:rFonts w:ascii="Arial" w:hAnsi="Arial" w:cs="Arial"/>
                <w:b/>
                <w:sz w:val="17"/>
                <w:rtl/>
                <w:szCs w:val="17"/>
                <w:bCs/>
              </w:rPr>
              <w:t>💬 יש החלטות שקשה לחזור מהן. איך אני מחליט/ה כשאין "פרסה"?</w:t>
            </w:r>
          </w:p>
          <w:p>
            <w:pPr>
              <w:bidi/>
              <w:spacing w:after="20"/>
              <w:jc w:val="center"/>
            </w:pPr>
            <w:r>
              <w:rPr>
                <w:rFonts w:ascii="Arial" w:hAnsi="Arial" w:cs="Arial"/>
                <w:sz w:val="15"/>
                <w:rtl/>
                <w:szCs w:val="15"/>
              </w:rPr>
              <w:t>✍️ כתבו שלוש שאלות לשאול את עצמכם לפני החלטה חשובה.</w:t>
            </w:r>
          </w:p>
        </w:tc>
      </w:tr>
      <w:tr>
        <w:tc>
          <w:tcPr>
            <w:tcW w:type="dxa" w:w="3288"/>
          </w:tcPr>
          <w:p>
            <w:pPr>
              <w:bidi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684000" cy="684000"/>
                  <wp:docPr id="34" name="Picture 34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deadend-c.png"/>
                          <pic:cNvPicPr/>
                        </pic:nvPicPr>
                        <pic:blipFill>
                          <a:blip r:embed="rId3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84000" cy="684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bidi/>
              <w:spacing w:after="20"/>
              <w:jc w:val="center"/>
            </w:pPr>
            <w:r>
              <w:rPr>
                <w:rFonts w:ascii="Arial" w:hAnsi="Arial" w:cs="Arial"/>
                <w:b/>
                <w:color w:val="12B886"/>
                <w:sz w:val="21"/>
                <w:rtl/>
                <w:szCs w:val="21"/>
                <w:bCs/>
              </w:rPr>
              <w:t>דרך ללא מוצא</w:t>
            </w:r>
          </w:p>
          <w:p>
            <w:pPr>
              <w:bidi/>
              <w:spacing w:after="20"/>
              <w:jc w:val="center"/>
            </w:pPr>
            <w:r>
              <w:rPr>
                <w:rFonts w:ascii="Arial" w:hAnsi="Arial" w:cs="Arial"/>
                <w:sz w:val="15"/>
                <w:rtl/>
                <w:szCs w:val="15"/>
              </w:rPr>
              <w:t>הדרך נגמרת – אין לה המשך.</w:t>
            </w:r>
          </w:p>
          <w:p>
            <w:pPr>
              <w:bidi/>
              <w:spacing w:after="20"/>
              <w:jc w:val="center"/>
            </w:pPr>
            <w:r>
              <w:rPr>
                <w:rFonts w:ascii="Arial" w:hAnsi="Arial" w:cs="Arial"/>
                <w:b/>
                <w:sz w:val="17"/>
                <w:rtl/>
                <w:szCs w:val="17"/>
                <w:bCs/>
              </w:rPr>
              <w:t>💬 מה אני עושה כשנראה לי שאין מוצא? למי אני פונה?</w:t>
            </w:r>
          </w:p>
          <w:p>
            <w:pPr>
              <w:bidi/>
              <w:spacing w:after="20"/>
              <w:jc w:val="center"/>
            </w:pPr>
            <w:r>
              <w:rPr>
                <w:rFonts w:ascii="Arial" w:hAnsi="Arial" w:cs="Arial"/>
                <w:sz w:val="15"/>
                <w:rtl/>
                <w:szCs w:val="15"/>
              </w:rPr>
              <w:t>✍️ כתבו על פעם שמצאתם דרך חדשה כשנראה שאין.</w:t>
            </w:r>
          </w:p>
        </w:tc>
        <w:tc>
          <w:tcPr>
            <w:tcW w:type="dxa" w:w="3288"/>
          </w:tcPr>
          <w:p>
            <w:pPr>
              <w:bidi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684000" cy="684000"/>
                  <wp:docPr id="35" name="Picture 35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works-c.png"/>
                          <pic:cNvPicPr/>
                        </pic:nvPicPr>
                        <pic:blipFill>
                          <a:blip r:embed="rId3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84000" cy="684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bidi/>
              <w:spacing w:after="20"/>
              <w:jc w:val="center"/>
            </w:pPr>
            <w:r>
              <w:rPr>
                <w:rFonts w:ascii="Arial" w:hAnsi="Arial" w:cs="Arial"/>
                <w:b/>
                <w:color w:val="12B886"/>
                <w:sz w:val="21"/>
                <w:rtl/>
                <w:szCs w:val="21"/>
                <w:bCs/>
              </w:rPr>
              <w:t>עבודות בדרך</w:t>
            </w:r>
          </w:p>
          <w:p>
            <w:pPr>
              <w:bidi/>
              <w:spacing w:after="20"/>
              <w:jc w:val="center"/>
            </w:pPr>
            <w:r>
              <w:rPr>
                <w:rFonts w:ascii="Arial" w:hAnsi="Arial" w:cs="Arial"/>
                <w:sz w:val="15"/>
                <w:rtl/>
                <w:szCs w:val="15"/>
              </w:rPr>
              <w:t>עבודות בדרך – נוסעים לאט ולפי השילוט.</w:t>
            </w:r>
          </w:p>
          <w:p>
            <w:pPr>
              <w:bidi/>
              <w:spacing w:after="20"/>
              <w:jc w:val="center"/>
            </w:pPr>
            <w:r>
              <w:rPr>
                <w:rFonts w:ascii="Arial" w:hAnsi="Arial" w:cs="Arial"/>
                <w:b/>
                <w:sz w:val="17"/>
                <w:rtl/>
                <w:szCs w:val="17"/>
                <w:bCs/>
              </w:rPr>
              <w:t>💬 מה אצלי "בעבודה" – משהו שאני עדיין לומד/ת ומשפר/ת?</w:t>
            </w:r>
          </w:p>
          <w:p>
            <w:pPr>
              <w:bidi/>
              <w:spacing w:after="20"/>
              <w:jc w:val="center"/>
            </w:pPr>
            <w:r>
              <w:rPr>
                <w:rFonts w:ascii="Arial" w:hAnsi="Arial" w:cs="Arial"/>
                <w:sz w:val="15"/>
                <w:rtl/>
                <w:szCs w:val="15"/>
              </w:rPr>
              <w:t>✍️ כתבו על מיומנות שאתם בונים עכשיו ומה הצעד הבא.</w:t>
            </w:r>
          </w:p>
        </w:tc>
        <w:tc>
          <w:tcPr>
            <w:tcW w:type="dxa" w:w="3288"/>
          </w:tcPr>
          <w:p>
            <w:pPr>
              <w:bidi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684000" cy="684000"/>
                  <wp:docPr id="36" name="Picture 36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bumps-c.png"/>
                          <pic:cNvPicPr/>
                        </pic:nvPicPr>
                        <pic:blipFill>
                          <a:blip r:embed="rId3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84000" cy="684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bidi/>
              <w:spacing w:after="20"/>
              <w:jc w:val="center"/>
            </w:pPr>
            <w:r>
              <w:rPr>
                <w:rFonts w:ascii="Arial" w:hAnsi="Arial" w:cs="Arial"/>
                <w:b/>
                <w:color w:val="12B886"/>
                <w:sz w:val="21"/>
                <w:rtl/>
                <w:szCs w:val="21"/>
                <w:bCs/>
              </w:rPr>
              <w:t>פס האטה</w:t>
            </w:r>
          </w:p>
          <w:p>
            <w:pPr>
              <w:bidi/>
              <w:spacing w:after="20"/>
              <w:jc w:val="center"/>
            </w:pPr>
            <w:r>
              <w:rPr>
                <w:rFonts w:ascii="Arial" w:hAnsi="Arial" w:cs="Arial"/>
                <w:sz w:val="15"/>
                <w:rtl/>
                <w:szCs w:val="15"/>
              </w:rPr>
              <w:t>פס האטה לפנים – מאטים.</w:t>
            </w:r>
          </w:p>
          <w:p>
            <w:pPr>
              <w:bidi/>
              <w:spacing w:after="20"/>
              <w:jc w:val="center"/>
            </w:pPr>
            <w:r>
              <w:rPr>
                <w:rFonts w:ascii="Arial" w:hAnsi="Arial" w:cs="Arial"/>
                <w:b/>
                <w:sz w:val="17"/>
                <w:rtl/>
                <w:szCs w:val="17"/>
                <w:bCs/>
              </w:rPr>
              <w:t>💬 מה עוזר לי להאט כשאני ממהר/ת מדי?</w:t>
            </w:r>
          </w:p>
          <w:p>
            <w:pPr>
              <w:bidi/>
              <w:spacing w:after="20"/>
              <w:jc w:val="center"/>
            </w:pPr>
            <w:r>
              <w:rPr>
                <w:rFonts w:ascii="Arial" w:hAnsi="Arial" w:cs="Arial"/>
                <w:sz w:val="15"/>
                <w:rtl/>
                <w:szCs w:val="15"/>
              </w:rPr>
              <w:t>✍️ כתבו על "פס האטה" אישי – דבר שגורם לכם לעצור ולנשום.</w:t>
            </w:r>
          </w:p>
        </w:tc>
      </w:tr>
    </w:tbl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8" w:color="888888"/>
          <w:left w:val="dashed" w:sz="8" w:color="888888"/>
          <w:bottom w:val="dashed" w:sz="8" w:color="888888"/>
          <w:right w:val="dashed" w:sz="8" w:color="888888"/>
          <w:insideH w:val="dashed" w:sz="8" w:color="888888"/>
          <w:insideV w:val="dashed" w:sz="8" w:color="888888"/>
        </w:tblBorders>
      </w:tblPr>
      <w:tblGrid>
        <w:gridCol w:w="3475"/>
        <w:gridCol w:w="3475"/>
        <w:gridCol w:w="3475"/>
      </w:tblGrid>
      <w:tr>
        <w:tc>
          <w:tcPr>
            <w:tcW w:type="dxa" w:w="3288"/>
          </w:tcPr>
          <w:p>
            <w:pPr>
              <w:bidi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684000" cy="684000"/>
                  <wp:docPr id="37" name="Picture 37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slippery-c.png"/>
                          <pic:cNvPicPr/>
                        </pic:nvPicPr>
                        <pic:blipFill>
                          <a:blip r:embed="rId3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84000" cy="684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bidi/>
              <w:spacing w:after="20"/>
              <w:jc w:val="center"/>
            </w:pPr>
            <w:r>
              <w:rPr>
                <w:rFonts w:ascii="Arial" w:hAnsi="Arial" w:cs="Arial"/>
                <w:b/>
                <w:color w:val="7048E8"/>
                <w:sz w:val="21"/>
                <w:rtl/>
                <w:szCs w:val="21"/>
                <w:bCs/>
              </w:rPr>
              <w:t>כביש חלקלק</w:t>
            </w:r>
          </w:p>
          <w:p>
            <w:pPr>
              <w:bidi/>
              <w:spacing w:after="20"/>
              <w:jc w:val="center"/>
            </w:pPr>
            <w:r>
              <w:rPr>
                <w:rFonts w:ascii="Arial" w:hAnsi="Arial" w:cs="Arial"/>
                <w:sz w:val="15"/>
                <w:rtl/>
                <w:szCs w:val="15"/>
              </w:rPr>
              <w:t>הכביש עלול להיות חלקלק (למשל בגשם) – מאטים ושומרים מרחק.</w:t>
            </w:r>
          </w:p>
          <w:p>
            <w:pPr>
              <w:bidi/>
              <w:spacing w:after="20"/>
              <w:jc w:val="center"/>
            </w:pPr>
            <w:r>
              <w:rPr>
                <w:rFonts w:ascii="Arial" w:hAnsi="Arial" w:cs="Arial"/>
                <w:b/>
                <w:sz w:val="17"/>
                <w:rtl/>
                <w:szCs w:val="17"/>
                <w:bCs/>
              </w:rPr>
              <w:t>💬 מתי "החלקתי" – אמרתי או עשיתי משהו בלי לשים לב? איך תיקנתי?</w:t>
            </w:r>
          </w:p>
          <w:p>
            <w:pPr>
              <w:bidi/>
              <w:spacing w:after="20"/>
              <w:jc w:val="center"/>
            </w:pPr>
            <w:r>
              <w:rPr>
                <w:rFonts w:ascii="Arial" w:hAnsi="Arial" w:cs="Arial"/>
                <w:sz w:val="15"/>
                <w:rtl/>
                <w:szCs w:val="15"/>
              </w:rPr>
              <w:t>✍️ כתבו על טעות קטנה ומה למדתם ממנה.</w:t>
            </w:r>
          </w:p>
        </w:tc>
        <w:tc>
          <w:tcPr>
            <w:tcW w:type="dxa" w:w="3288"/>
          </w:tcPr>
          <w:p>
            <w:pPr>
              <w:bidi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684000" cy="684000"/>
                  <wp:docPr id="38" name="Picture 38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curve-c.png"/>
                          <pic:cNvPicPr/>
                        </pic:nvPicPr>
                        <pic:blipFill>
                          <a:blip r:embed="rId3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84000" cy="684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bidi/>
              <w:spacing w:after="20"/>
              <w:jc w:val="center"/>
            </w:pPr>
            <w:r>
              <w:rPr>
                <w:rFonts w:ascii="Arial" w:hAnsi="Arial" w:cs="Arial"/>
                <w:b/>
                <w:color w:val="7048E8"/>
                <w:sz w:val="21"/>
                <w:rtl/>
                <w:szCs w:val="21"/>
                <w:bCs/>
              </w:rPr>
              <w:t>עקומה מסוכנת</w:t>
            </w:r>
          </w:p>
          <w:p>
            <w:pPr>
              <w:bidi/>
              <w:spacing w:after="20"/>
              <w:jc w:val="center"/>
            </w:pPr>
            <w:r>
              <w:rPr>
                <w:rFonts w:ascii="Arial" w:hAnsi="Arial" w:cs="Arial"/>
                <w:sz w:val="15"/>
                <w:rtl/>
                <w:szCs w:val="15"/>
              </w:rPr>
              <w:t>הדרך מתעקלת – מאטים לפני הסיבוב.</w:t>
            </w:r>
          </w:p>
          <w:p>
            <w:pPr>
              <w:bidi/>
              <w:spacing w:after="20"/>
              <w:jc w:val="center"/>
            </w:pPr>
            <w:r>
              <w:rPr>
                <w:rFonts w:ascii="Arial" w:hAnsi="Arial" w:cs="Arial"/>
                <w:b/>
                <w:sz w:val="17"/>
                <w:rtl/>
                <w:szCs w:val="17"/>
                <w:bCs/>
              </w:rPr>
              <w:t>💬 איך אני מתכונן/ת לשינוי שמגיע: כיתה חדשה, מעבר, מבחן?</w:t>
            </w:r>
          </w:p>
          <w:p>
            <w:pPr>
              <w:bidi/>
              <w:spacing w:after="20"/>
              <w:jc w:val="center"/>
            </w:pPr>
            <w:r>
              <w:rPr>
                <w:rFonts w:ascii="Arial" w:hAnsi="Arial" w:cs="Arial"/>
                <w:sz w:val="15"/>
                <w:rtl/>
                <w:szCs w:val="15"/>
              </w:rPr>
              <w:t>✍️ כתבו מכתב לעצמכם לקראת שינוי שמחכה לכם.</w:t>
            </w:r>
          </w:p>
        </w:tc>
        <w:tc>
          <w:tcPr>
            <w:tcW w:type="dxa" w:w="3288"/>
          </w:tcPr>
          <w:p>
            <w:pPr>
              <w:bidi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684000" cy="684000"/>
                  <wp:docPr id="39" name="Picture 39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twoway-c.png"/>
                          <pic:cNvPicPr/>
                        </pic:nvPicPr>
                        <pic:blipFill>
                          <a:blip r:embed="rId3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84000" cy="684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bidi/>
              <w:spacing w:after="20"/>
              <w:jc w:val="center"/>
            </w:pPr>
            <w:r>
              <w:rPr>
                <w:rFonts w:ascii="Arial" w:hAnsi="Arial" w:cs="Arial"/>
                <w:b/>
                <w:color w:val="E64980"/>
                <w:sz w:val="21"/>
                <w:rtl/>
                <w:szCs w:val="21"/>
                <w:bCs/>
              </w:rPr>
              <w:t>תנועה דו־כיוונית</w:t>
            </w:r>
          </w:p>
          <w:p>
            <w:pPr>
              <w:bidi/>
              <w:spacing w:after="20"/>
              <w:jc w:val="center"/>
            </w:pPr>
            <w:r>
              <w:rPr>
                <w:rFonts w:ascii="Arial" w:hAnsi="Arial" w:cs="Arial"/>
                <w:sz w:val="15"/>
                <w:rtl/>
                <w:szCs w:val="15"/>
              </w:rPr>
              <w:t>תנועה בשני הכיוונים – נשארים בצד ימין.</w:t>
            </w:r>
          </w:p>
          <w:p>
            <w:pPr>
              <w:bidi/>
              <w:spacing w:after="20"/>
              <w:jc w:val="center"/>
            </w:pPr>
            <w:r>
              <w:rPr>
                <w:rFonts w:ascii="Arial" w:hAnsi="Arial" w:cs="Arial"/>
                <w:b/>
                <w:sz w:val="17"/>
                <w:rtl/>
                <w:szCs w:val="17"/>
                <w:bCs/>
              </w:rPr>
              <w:t>💬 איך שיחה טובה היא "דו־כיוונית" – גם מדברים וגם מקשיבים?</w:t>
            </w:r>
          </w:p>
          <w:p>
            <w:pPr>
              <w:bidi/>
              <w:spacing w:after="20"/>
              <w:jc w:val="center"/>
            </w:pPr>
            <w:r>
              <w:rPr>
                <w:rFonts w:ascii="Arial" w:hAnsi="Arial" w:cs="Arial"/>
                <w:sz w:val="15"/>
                <w:rtl/>
                <w:szCs w:val="15"/>
              </w:rPr>
              <w:t>✍️ כתבו על שיחה שבה הרגשתם שבאמת הקשיבו לכם.</w:t>
            </w:r>
          </w:p>
        </w:tc>
      </w:tr>
      <w:tr>
        <w:tc>
          <w:tcPr>
            <w:tcW w:type="dxa" w:w="3288"/>
          </w:tcPr>
          <w:p>
            <w:pPr>
              <w:bidi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684000" cy="684000"/>
                  <wp:docPr id="40" name="Picture 40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narrow-c.png"/>
                          <pic:cNvPicPr/>
                        </pic:nvPicPr>
                        <pic:blipFill>
                          <a:blip r:embed="rId4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84000" cy="684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bidi/>
              <w:spacing w:after="20"/>
              <w:jc w:val="center"/>
            </w:pPr>
            <w:r>
              <w:rPr>
                <w:rFonts w:ascii="Arial" w:hAnsi="Arial" w:cs="Arial"/>
                <w:b/>
                <w:color w:val="E64980"/>
                <w:sz w:val="21"/>
                <w:rtl/>
                <w:szCs w:val="21"/>
                <w:bCs/>
              </w:rPr>
              <w:t>הדרך מצרה</w:t>
            </w:r>
          </w:p>
          <w:p>
            <w:pPr>
              <w:bidi/>
              <w:spacing w:after="20"/>
              <w:jc w:val="center"/>
            </w:pPr>
            <w:r>
              <w:rPr>
                <w:rFonts w:ascii="Arial" w:hAnsi="Arial" w:cs="Arial"/>
                <w:sz w:val="15"/>
                <w:rtl/>
                <w:szCs w:val="15"/>
              </w:rPr>
              <w:t>הדרך נעשית צרה – מאטים ומפנים מקום.</w:t>
            </w:r>
          </w:p>
          <w:p>
            <w:pPr>
              <w:bidi/>
              <w:spacing w:after="20"/>
              <w:jc w:val="center"/>
            </w:pPr>
            <w:r>
              <w:rPr>
                <w:rFonts w:ascii="Arial" w:hAnsi="Arial" w:cs="Arial"/>
                <w:b/>
                <w:sz w:val="17"/>
                <w:rtl/>
                <w:szCs w:val="17"/>
                <w:bCs/>
              </w:rPr>
              <w:t>💬 מתי צריך "לפנות מקום" כדי שגם אחרים ייכנסו – למשחק, לשיחה, לקבוצה?</w:t>
            </w:r>
          </w:p>
          <w:p>
            <w:pPr>
              <w:bidi/>
              <w:spacing w:after="20"/>
              <w:jc w:val="center"/>
            </w:pPr>
            <w:r>
              <w:rPr>
                <w:rFonts w:ascii="Arial" w:hAnsi="Arial" w:cs="Arial"/>
                <w:sz w:val="15"/>
                <w:rtl/>
                <w:szCs w:val="15"/>
              </w:rPr>
              <w:t>✍️ כתבו על פעם שהזמנתם מישהו או מישהי להצטרף.</w:t>
            </w:r>
          </w:p>
        </w:tc>
        <w:tc>
          <w:tcPr>
            <w:tcW w:type="dxa" w:w="3288"/>
          </w:tcPr>
          <w:p>
            <w:pPr>
              <w:bidi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684000" cy="684000"/>
                  <wp:docPr id="41" name="Picture 4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noovertake-c.png"/>
                          <pic:cNvPicPr/>
                        </pic:nvPicPr>
                        <pic:blipFill>
                          <a:blip r:embed="rId4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84000" cy="684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bidi/>
              <w:spacing w:after="20"/>
              <w:jc w:val="center"/>
            </w:pPr>
            <w:r>
              <w:rPr>
                <w:rFonts w:ascii="Arial" w:hAnsi="Arial" w:cs="Arial"/>
                <w:b/>
                <w:color w:val="12B886"/>
                <w:sz w:val="21"/>
                <w:rtl/>
                <w:szCs w:val="21"/>
                <w:bCs/>
              </w:rPr>
              <w:t>אסור לעקוף</w:t>
            </w:r>
          </w:p>
          <w:p>
            <w:pPr>
              <w:bidi/>
              <w:spacing w:after="20"/>
              <w:jc w:val="center"/>
            </w:pPr>
            <w:r>
              <w:rPr>
                <w:rFonts w:ascii="Arial" w:hAnsi="Arial" w:cs="Arial"/>
                <w:sz w:val="15"/>
                <w:rtl/>
                <w:szCs w:val="15"/>
              </w:rPr>
              <w:t>אסור לעקוף כאן כלי רכב אחרים.</w:t>
            </w:r>
          </w:p>
          <w:p>
            <w:pPr>
              <w:bidi/>
              <w:spacing w:after="20"/>
              <w:jc w:val="center"/>
            </w:pPr>
            <w:r>
              <w:rPr>
                <w:rFonts w:ascii="Arial" w:hAnsi="Arial" w:cs="Arial"/>
                <w:b/>
                <w:sz w:val="17"/>
                <w:rtl/>
                <w:szCs w:val="17"/>
                <w:bCs/>
              </w:rPr>
              <w:t>💬 מתי אני מרגיש/ה צורך "לעקוף" ולהיות ראשון/ה? מה המחיר?</w:t>
            </w:r>
          </w:p>
          <w:p>
            <w:pPr>
              <w:bidi/>
              <w:spacing w:after="20"/>
              <w:jc w:val="center"/>
            </w:pPr>
            <w:r>
              <w:rPr>
                <w:rFonts w:ascii="Arial" w:hAnsi="Arial" w:cs="Arial"/>
                <w:sz w:val="15"/>
                <w:rtl/>
                <w:szCs w:val="15"/>
              </w:rPr>
              <w:t>✍️ כתבו על תחרות שבה בחרתם בהגינות.</w:t>
            </w:r>
          </w:p>
        </w:tc>
        <w:tc>
          <w:tcPr>
            <w:tcW w:type="dxa" w:w="3288"/>
          </w:tcPr>
          <w:p>
            <w:pPr>
              <w:bidi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684000" cy="684000"/>
                  <wp:docPr id="42" name="Picture 42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nopeds-c.png"/>
                          <pic:cNvPicPr/>
                        </pic:nvPicPr>
                        <pic:blipFill>
                          <a:blip r:embed="rId4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84000" cy="684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bidi/>
              <w:spacing w:after="20"/>
              <w:jc w:val="center"/>
            </w:pPr>
            <w:r>
              <w:rPr>
                <w:rFonts w:ascii="Arial" w:hAnsi="Arial" w:cs="Arial"/>
                <w:b/>
                <w:color w:val="1C5FB8"/>
                <w:sz w:val="21"/>
                <w:rtl/>
                <w:szCs w:val="21"/>
                <w:bCs/>
              </w:rPr>
              <w:t>אסור להולכי רגל</w:t>
            </w:r>
          </w:p>
          <w:p>
            <w:pPr>
              <w:bidi/>
              <w:spacing w:after="20"/>
              <w:jc w:val="center"/>
            </w:pPr>
            <w:r>
              <w:rPr>
                <w:rFonts w:ascii="Arial" w:hAnsi="Arial" w:cs="Arial"/>
                <w:sz w:val="15"/>
                <w:rtl/>
                <w:szCs w:val="15"/>
              </w:rPr>
              <w:t>כאן אסור ללכת ברגל – מחפשים דרך אחרת ובטוחה.</w:t>
            </w:r>
          </w:p>
          <w:p>
            <w:pPr>
              <w:bidi/>
              <w:spacing w:after="20"/>
              <w:jc w:val="center"/>
            </w:pPr>
            <w:r>
              <w:rPr>
                <w:rFonts w:ascii="Arial" w:hAnsi="Arial" w:cs="Arial"/>
                <w:b/>
                <w:sz w:val="17"/>
                <w:rtl/>
                <w:szCs w:val="17"/>
                <w:bCs/>
              </w:rPr>
              <w:t>💬 למה יש מקומות שלא מתאימים לי עכשיו – ומה אפשר ללמוד מזה?</w:t>
            </w:r>
          </w:p>
          <w:p>
            <w:pPr>
              <w:bidi/>
              <w:spacing w:after="20"/>
              <w:jc w:val="center"/>
            </w:pPr>
            <w:r>
              <w:rPr>
                <w:rFonts w:ascii="Arial" w:hAnsi="Arial" w:cs="Arial"/>
                <w:sz w:val="15"/>
                <w:rtl/>
                <w:szCs w:val="15"/>
              </w:rPr>
              <w:t>✍️ כתבו מסלול הליכה בטוח בשכונה שלכם.</w:t>
            </w:r>
          </w:p>
        </w:tc>
      </w:tr>
      <w:tr>
        <w:tc>
          <w:tcPr>
            <w:tcW w:type="dxa" w:w="3288"/>
          </w:tcPr>
          <w:p>
            <w:pPr>
              <w:bidi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684000" cy="684000"/>
                  <wp:docPr id="43" name="Picture 43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pedzone-c.png"/>
                          <pic:cNvPicPr/>
                        </pic:nvPicPr>
                        <pic:blipFill>
                          <a:blip r:embed="rId4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84000" cy="684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bidi/>
              <w:spacing w:after="20"/>
              <w:jc w:val="center"/>
            </w:pPr>
            <w:r>
              <w:rPr>
                <w:rFonts w:ascii="Arial" w:hAnsi="Arial" w:cs="Arial"/>
                <w:b/>
                <w:color w:val="1C5FB8"/>
                <w:sz w:val="21"/>
                <w:rtl/>
                <w:szCs w:val="21"/>
                <w:bCs/>
              </w:rPr>
              <w:t>דרך להולכי רגל</w:t>
            </w:r>
          </w:p>
          <w:p>
            <w:pPr>
              <w:bidi/>
              <w:spacing w:after="20"/>
              <w:jc w:val="center"/>
            </w:pPr>
            <w:r>
              <w:rPr>
                <w:rFonts w:ascii="Arial" w:hAnsi="Arial" w:cs="Arial"/>
                <w:sz w:val="15"/>
                <w:rtl/>
                <w:szCs w:val="15"/>
              </w:rPr>
              <w:t>דרך להולכי רגל. הולכים על המדרכה, רחוק משפת הכביש.</w:t>
            </w:r>
          </w:p>
          <w:p>
            <w:pPr>
              <w:bidi/>
              <w:spacing w:after="20"/>
              <w:jc w:val="center"/>
            </w:pPr>
            <w:r>
              <w:rPr>
                <w:rFonts w:ascii="Arial" w:hAnsi="Arial" w:cs="Arial"/>
                <w:b/>
                <w:sz w:val="17"/>
                <w:rtl/>
                <w:szCs w:val="17"/>
                <w:bCs/>
              </w:rPr>
              <w:t>💬 איך אני שומר/ת על המרחב שלי ושל אחרים כשאנחנו הולכים יחד?</w:t>
            </w:r>
          </w:p>
          <w:p>
            <w:pPr>
              <w:bidi/>
              <w:spacing w:after="20"/>
              <w:jc w:val="center"/>
            </w:pPr>
            <w:r>
              <w:rPr>
                <w:rFonts w:ascii="Arial" w:hAnsi="Arial" w:cs="Arial"/>
                <w:sz w:val="15"/>
                <w:rtl/>
                <w:szCs w:val="15"/>
              </w:rPr>
              <w:t>✍️ כתבו "חוזה הליכה" לטיול השנתי.</w:t>
            </w:r>
          </w:p>
        </w:tc>
        <w:tc>
          <w:tcPr>
            <w:tcW w:type="dxa" w:w="3288"/>
          </w:tcPr>
          <w:p>
            <w:pPr>
              <w:bidi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684000" cy="684000"/>
                  <wp:docPr id="44" name="Picture 44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train-c.png"/>
                          <pic:cNvPicPr/>
                        </pic:nvPicPr>
                        <pic:blipFill>
                          <a:blip r:embed="rId4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84000" cy="684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bidi/>
              <w:spacing w:after="20"/>
              <w:jc w:val="center"/>
            </w:pPr>
            <w:r>
              <w:rPr>
                <w:rFonts w:ascii="Arial" w:hAnsi="Arial" w:cs="Arial"/>
                <w:b/>
                <w:color w:val="7048E8"/>
                <w:sz w:val="21"/>
                <w:rtl/>
                <w:szCs w:val="21"/>
                <w:bCs/>
              </w:rPr>
              <w:t>מפגש מסילת רכבת</w:t>
            </w:r>
          </w:p>
          <w:p>
            <w:pPr>
              <w:bidi/>
              <w:spacing w:after="20"/>
              <w:jc w:val="center"/>
            </w:pPr>
            <w:r>
              <w:rPr>
                <w:rFonts w:ascii="Arial" w:hAnsi="Arial" w:cs="Arial"/>
                <w:sz w:val="15"/>
                <w:rtl/>
                <w:szCs w:val="15"/>
              </w:rPr>
              <w:t>מפגש עם מסילת רכבת: עוצרים, מביטים ומקשיבים. כשהמחסום יורד או יש אור מהבהב – לא עוברים.</w:t>
            </w:r>
          </w:p>
          <w:p>
            <w:pPr>
              <w:bidi/>
              <w:spacing w:after="20"/>
              <w:jc w:val="center"/>
            </w:pPr>
            <w:r>
              <w:rPr>
                <w:rFonts w:ascii="Arial" w:hAnsi="Arial" w:cs="Arial"/>
                <w:b/>
                <w:sz w:val="17"/>
                <w:rtl/>
                <w:szCs w:val="17"/>
                <w:bCs/>
              </w:rPr>
              <w:t>💬 מה אני עושה כשיש אזהרה ברורה, אבל מתחשק לי לנסות בכל זאת?</w:t>
            </w:r>
          </w:p>
          <w:p>
            <w:pPr>
              <w:bidi/>
              <w:spacing w:after="20"/>
              <w:jc w:val="center"/>
            </w:pPr>
            <w:r>
              <w:rPr>
                <w:rFonts w:ascii="Arial" w:hAnsi="Arial" w:cs="Arial"/>
                <w:sz w:val="15"/>
                <w:rtl/>
                <w:szCs w:val="15"/>
              </w:rPr>
              <w:t>✍️ כתבו על פעם שהקשבתם לאזהרה ושמחתם על כך.</w:t>
            </w:r>
          </w:p>
        </w:tc>
        <w:tc>
          <w:tcPr>
            <w:tcW w:type="dxa" w:w="3288"/>
          </w:tcPr>
          <w:p>
            <w:pPr>
              <w:bidi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684000" cy="684000"/>
                  <wp:docPr id="45" name="Picture 45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animals-c.png"/>
                          <pic:cNvPicPr/>
                        </pic:nvPicPr>
                        <pic:blipFill>
                          <a:blip r:embed="rId4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84000" cy="684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bidi/>
              <w:spacing w:after="20"/>
              <w:jc w:val="center"/>
            </w:pPr>
            <w:r>
              <w:rPr>
                <w:rFonts w:ascii="Arial" w:hAnsi="Arial" w:cs="Arial"/>
                <w:b/>
                <w:color w:val="E64980"/>
                <w:sz w:val="21"/>
                <w:rtl/>
                <w:szCs w:val="21"/>
                <w:bCs/>
              </w:rPr>
              <w:t>זהירות בעלי חיים</w:t>
            </w:r>
          </w:p>
          <w:p>
            <w:pPr>
              <w:bidi/>
              <w:spacing w:after="20"/>
              <w:jc w:val="center"/>
            </w:pPr>
            <w:r>
              <w:rPr>
                <w:rFonts w:ascii="Arial" w:hAnsi="Arial" w:cs="Arial"/>
                <w:sz w:val="15"/>
                <w:rtl/>
                <w:szCs w:val="15"/>
              </w:rPr>
              <w:t>ייתכן שבעלי חיים יחצו את הדרך – מאטים.</w:t>
            </w:r>
          </w:p>
          <w:p>
            <w:pPr>
              <w:bidi/>
              <w:spacing w:after="20"/>
              <w:jc w:val="center"/>
            </w:pPr>
            <w:r>
              <w:rPr>
                <w:rFonts w:ascii="Arial" w:hAnsi="Arial" w:cs="Arial"/>
                <w:b/>
                <w:sz w:val="17"/>
                <w:rtl/>
                <w:szCs w:val="17"/>
                <w:bCs/>
              </w:rPr>
              <w:t>💬 איך אני שומר/ת על בעלי חיים ועל הטבע?</w:t>
            </w:r>
          </w:p>
          <w:p>
            <w:pPr>
              <w:bidi/>
              <w:spacing w:after="20"/>
              <w:jc w:val="center"/>
            </w:pPr>
            <w:r>
              <w:rPr>
                <w:rFonts w:ascii="Arial" w:hAnsi="Arial" w:cs="Arial"/>
                <w:sz w:val="15"/>
                <w:rtl/>
                <w:szCs w:val="15"/>
              </w:rPr>
              <w:t>✍️ כתבו על בעל חיים שאתם אוהבים ואיך שומרים עליו.</w:t>
            </w:r>
          </w:p>
        </w:tc>
      </w:tr>
      <w:tr>
        <w:tc>
          <w:tcPr>
            <w:tcW w:type="dxa" w:w="3288"/>
          </w:tcPr>
          <w:p>
            <w:pPr>
              <w:bidi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684000" cy="684000"/>
                  <wp:docPr id="46" name="Picture 46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parking-c.png"/>
                          <pic:cNvPicPr/>
                        </pic:nvPicPr>
                        <pic:blipFill>
                          <a:blip r:embed="rId4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84000" cy="684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bidi/>
              <w:spacing w:after="20"/>
              <w:jc w:val="center"/>
            </w:pPr>
            <w:r>
              <w:rPr>
                <w:rFonts w:ascii="Arial" w:hAnsi="Arial" w:cs="Arial"/>
                <w:b/>
                <w:color w:val="12B886"/>
                <w:sz w:val="21"/>
                <w:rtl/>
                <w:szCs w:val="21"/>
                <w:bCs/>
              </w:rPr>
              <w:t>חניה</w:t>
            </w:r>
          </w:p>
          <w:p>
            <w:pPr>
              <w:bidi/>
              <w:spacing w:after="20"/>
              <w:jc w:val="center"/>
            </w:pPr>
            <w:r>
              <w:rPr>
                <w:rFonts w:ascii="Arial" w:hAnsi="Arial" w:cs="Arial"/>
                <w:sz w:val="15"/>
                <w:rtl/>
                <w:szCs w:val="15"/>
              </w:rPr>
              <w:t>כאן מותר לחנות.</w:t>
            </w:r>
          </w:p>
          <w:p>
            <w:pPr>
              <w:bidi/>
              <w:spacing w:after="20"/>
              <w:jc w:val="center"/>
            </w:pPr>
            <w:r>
              <w:rPr>
                <w:rFonts w:ascii="Arial" w:hAnsi="Arial" w:cs="Arial"/>
                <w:b/>
                <w:sz w:val="17"/>
                <w:rtl/>
                <w:szCs w:val="17"/>
                <w:bCs/>
              </w:rPr>
              <w:t>💬 איפה אני "חונה" כדי לנוח ולהטעין כוחות?</w:t>
            </w:r>
          </w:p>
          <w:p>
            <w:pPr>
              <w:bidi/>
              <w:spacing w:after="20"/>
              <w:jc w:val="center"/>
            </w:pPr>
            <w:r>
              <w:rPr>
                <w:rFonts w:ascii="Arial" w:hAnsi="Arial" w:cs="Arial"/>
                <w:sz w:val="15"/>
                <w:rtl/>
                <w:szCs w:val="15"/>
              </w:rPr>
              <w:t>✍️ כתבו על המקום או הפעילות שמטעינים אתכם.</w:t>
            </w:r>
          </w:p>
        </w:tc>
        <w:tc>
          <w:tcPr>
            <w:tcW w:type="dxa" w:w="3288"/>
          </w:tcPr>
          <w:p>
            <w:pPr>
              <w:bidi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684000" cy="684000"/>
                  <wp:docPr id="47" name="Picture 47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noparking-c.png"/>
                          <pic:cNvPicPr/>
                        </pic:nvPicPr>
                        <pic:blipFill>
                          <a:blip r:embed="rId4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84000" cy="684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bidi/>
              <w:spacing w:after="20"/>
              <w:jc w:val="center"/>
            </w:pPr>
            <w:r>
              <w:rPr>
                <w:rFonts w:ascii="Arial" w:hAnsi="Arial" w:cs="Arial"/>
                <w:b/>
                <w:color w:val="495057"/>
                <w:sz w:val="21"/>
                <w:rtl/>
                <w:szCs w:val="21"/>
                <w:bCs/>
              </w:rPr>
              <w:t>אסור לחנות</w:t>
            </w:r>
          </w:p>
          <w:p>
            <w:pPr>
              <w:bidi/>
              <w:spacing w:after="20"/>
              <w:jc w:val="center"/>
            </w:pPr>
            <w:r>
              <w:rPr>
                <w:rFonts w:ascii="Arial" w:hAnsi="Arial" w:cs="Arial"/>
                <w:sz w:val="15"/>
                <w:rtl/>
                <w:szCs w:val="15"/>
              </w:rPr>
              <w:t>כאן אסור להעמיד רכב.</w:t>
            </w:r>
          </w:p>
          <w:p>
            <w:pPr>
              <w:bidi/>
              <w:spacing w:after="20"/>
              <w:jc w:val="center"/>
            </w:pPr>
            <w:r>
              <w:rPr>
                <w:rFonts w:ascii="Arial" w:hAnsi="Arial" w:cs="Arial"/>
                <w:b/>
                <w:sz w:val="17"/>
                <w:rtl/>
                <w:szCs w:val="17"/>
                <w:bCs/>
              </w:rPr>
              <w:t>💬 במה אסור לי "לחנות" – להיתקע בתירוצים או בכעס?</w:t>
            </w:r>
          </w:p>
          <w:p>
            <w:pPr>
              <w:bidi/>
              <w:spacing w:after="20"/>
              <w:jc w:val="center"/>
            </w:pPr>
            <w:r>
              <w:rPr>
                <w:rFonts w:ascii="Arial" w:hAnsi="Arial" w:cs="Arial"/>
                <w:sz w:val="15"/>
                <w:rtl/>
                <w:szCs w:val="15"/>
              </w:rPr>
              <w:t>✍️ כתבו מכתב לעצמכם: "לא נשארים תקועים ב...".</w:t>
            </w:r>
          </w:p>
        </w:tc>
        <w:tc>
          <w:tcPr>
            <w:tcW w:type="dxa" w:w="3288"/>
          </w:tcPr>
          <w:p>
            <w:pPr>
              <w:bidi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684000" cy="684000"/>
                  <wp:docPr id="48" name="Picture 48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phone-c.png"/>
                          <pic:cNvPicPr/>
                        </pic:nvPicPr>
                        <pic:blipFill>
                          <a:blip r:embed="rId4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84000" cy="684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bidi/>
              <w:spacing w:after="20"/>
              <w:jc w:val="center"/>
            </w:pPr>
            <w:r>
              <w:rPr>
                <w:rFonts w:ascii="Arial" w:hAnsi="Arial" w:cs="Arial"/>
                <w:b/>
                <w:color w:val="7048E8"/>
                <w:sz w:val="21"/>
                <w:rtl/>
                <w:szCs w:val="21"/>
                <w:bCs/>
              </w:rPr>
              <w:t>בלי טלפון בדרך</w:t>
            </w:r>
          </w:p>
          <w:p>
            <w:pPr>
              <w:bidi/>
              <w:spacing w:after="20"/>
              <w:jc w:val="center"/>
            </w:pPr>
            <w:r>
              <w:rPr>
                <w:rFonts w:ascii="Arial" w:hAnsi="Arial" w:cs="Arial"/>
                <w:sz w:val="15"/>
                <w:rtl/>
                <w:szCs w:val="15"/>
              </w:rPr>
              <w:t>חוצים, רוכבים ונוהגים – בלי טלפון ובלי מסך.</w:t>
            </w:r>
          </w:p>
          <w:p>
            <w:pPr>
              <w:bidi/>
              <w:spacing w:after="20"/>
              <w:jc w:val="center"/>
            </w:pPr>
            <w:r>
              <w:rPr>
                <w:rFonts w:ascii="Arial" w:hAnsi="Arial" w:cs="Arial"/>
                <w:b/>
                <w:sz w:val="17"/>
                <w:rtl/>
                <w:szCs w:val="17"/>
                <w:bCs/>
              </w:rPr>
              <w:t>💬 מה מסיח את דעתי, ומתי הכי חשוב לי להיות "כאן ועכשיו"?</w:t>
            </w:r>
          </w:p>
          <w:p>
            <w:pPr>
              <w:bidi/>
              <w:spacing w:after="20"/>
              <w:jc w:val="center"/>
            </w:pPr>
            <w:r>
              <w:rPr>
                <w:rFonts w:ascii="Arial" w:hAnsi="Arial" w:cs="Arial"/>
                <w:sz w:val="15"/>
                <w:rtl/>
                <w:szCs w:val="15"/>
              </w:rPr>
              <w:t>✍️ כתבו התחייבות: "כשאני בדרך – הטלפון ב...".</w:t>
            </w:r>
          </w:p>
        </w:tc>
      </w:tr>
    </w:tbl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8" w:color="888888"/>
          <w:left w:val="dashed" w:sz="8" w:color="888888"/>
          <w:bottom w:val="dashed" w:sz="8" w:color="888888"/>
          <w:right w:val="dashed" w:sz="8" w:color="888888"/>
          <w:insideH w:val="dashed" w:sz="8" w:color="888888"/>
          <w:insideV w:val="dashed" w:sz="8" w:color="888888"/>
        </w:tblBorders>
      </w:tblPr>
      <w:tblGrid>
        <w:gridCol w:w="3475"/>
        <w:gridCol w:w="3475"/>
        <w:gridCol w:w="3475"/>
      </w:tblGrid>
      <w:tr>
        <w:tc>
          <w:tcPr>
            <w:tcW w:type="dxa" w:w="3288"/>
          </w:tcPr>
          <w:p>
            <w:pPr>
              <w:bidi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684000" cy="684000"/>
                  <wp:docPr id="49" name="Picture 49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phone-c.png"/>
                          <pic:cNvPicPr/>
                        </pic:nvPicPr>
                        <pic:blipFill>
                          <a:blip r:embed="rId4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84000" cy="684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bidi/>
              <w:spacing w:after="20"/>
              <w:jc w:val="center"/>
            </w:pPr>
            <w:r>
              <w:rPr>
                <w:rFonts w:ascii="Arial" w:hAnsi="Arial" w:cs="Arial"/>
                <w:b/>
                <w:color w:val="7048E8"/>
                <w:sz w:val="21"/>
                <w:rtl/>
                <w:szCs w:val="21"/>
                <w:bCs/>
              </w:rPr>
              <w:t>בלי טלפון בדרך</w:t>
            </w:r>
          </w:p>
          <w:p>
            <w:pPr>
              <w:bidi/>
              <w:spacing w:after="20"/>
              <w:jc w:val="center"/>
            </w:pPr>
            <w:r>
              <w:rPr>
                <w:rFonts w:ascii="Arial" w:hAnsi="Arial" w:cs="Arial"/>
                <w:sz w:val="15"/>
                <w:rtl/>
                <w:szCs w:val="15"/>
              </w:rPr>
              <w:t>חוצים, רוכבים ונוהגים – בלי טלפון ובלי מסך.</w:t>
            </w:r>
          </w:p>
          <w:p>
            <w:pPr>
              <w:bidi/>
              <w:spacing w:after="20"/>
              <w:jc w:val="center"/>
            </w:pPr>
            <w:r>
              <w:rPr>
                <w:rFonts w:ascii="Arial" w:hAnsi="Arial" w:cs="Arial"/>
                <w:b/>
                <w:sz w:val="17"/>
                <w:rtl/>
                <w:szCs w:val="17"/>
                <w:bCs/>
              </w:rPr>
              <w:t>💬 איך העולם הדיגיטלי משפיע על הקשב שלנו במרחב הציבורי?</w:t>
            </w:r>
          </w:p>
          <w:p>
            <w:pPr>
              <w:bidi/>
              <w:spacing w:after="20"/>
              <w:jc w:val="center"/>
            </w:pPr>
            <w:r>
              <w:rPr>
                <w:rFonts w:ascii="Arial" w:hAnsi="Arial" w:cs="Arial"/>
                <w:sz w:val="15"/>
                <w:rtl/>
                <w:szCs w:val="15"/>
              </w:rPr>
              <w:t>✍️ כתבו מאמר טיעון: "הודעה אחת יכולה לחכות".</w:t>
            </w:r>
          </w:p>
        </w:tc>
        <w:tc>
          <w:tcPr>
            <w:tcW w:type="dxa" w:w="3288"/>
          </w:tcPr>
          <w:p>
            <w:pPr>
              <w:bidi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684000" cy="684000"/>
                  <wp:docPr id="50" name="Picture 50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night-c.png"/>
                          <pic:cNvPicPr/>
                        </pic:nvPicPr>
                        <pic:blipFill>
                          <a:blip r:embed="rId4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84000" cy="684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bidi/>
              <w:spacing w:after="20"/>
              <w:jc w:val="center"/>
            </w:pPr>
            <w:r>
              <w:rPr>
                <w:rFonts w:ascii="Arial" w:hAnsi="Arial" w:cs="Arial"/>
                <w:b/>
                <w:color w:val="F59F00"/>
                <w:sz w:val="21"/>
                <w:rtl/>
                <w:szCs w:val="21"/>
                <w:bCs/>
              </w:rPr>
              <w:t>לראות ולהיראות</w:t>
            </w:r>
          </w:p>
          <w:p>
            <w:pPr>
              <w:bidi/>
              <w:spacing w:after="20"/>
              <w:jc w:val="center"/>
            </w:pPr>
            <w:r>
              <w:rPr>
                <w:rFonts w:ascii="Arial" w:hAnsi="Arial" w:cs="Arial"/>
                <w:sz w:val="15"/>
                <w:rtl/>
                <w:szCs w:val="15"/>
              </w:rPr>
              <w:t>בחושך לובשים בגדים בהירים או אפוד זוהר, ורוכבים עם פנסים דולקים.</w:t>
            </w:r>
          </w:p>
          <w:p>
            <w:pPr>
              <w:bidi/>
              <w:spacing w:after="20"/>
              <w:jc w:val="center"/>
            </w:pPr>
            <w:r>
              <w:rPr>
                <w:rFonts w:ascii="Arial" w:hAnsi="Arial" w:cs="Arial"/>
                <w:b/>
                <w:sz w:val="17"/>
                <w:rtl/>
                <w:szCs w:val="17"/>
                <w:bCs/>
              </w:rPr>
              <w:t>💬 מתי אני רוצה שיראו אותי, ומתי קשה לי לבקש תשומת לב?</w:t>
            </w:r>
          </w:p>
          <w:p>
            <w:pPr>
              <w:bidi/>
              <w:spacing w:after="20"/>
              <w:jc w:val="center"/>
            </w:pPr>
            <w:r>
              <w:rPr>
                <w:rFonts w:ascii="Arial" w:hAnsi="Arial" w:cs="Arial"/>
                <w:sz w:val="15"/>
                <w:rtl/>
                <w:szCs w:val="15"/>
              </w:rPr>
              <w:t>✍️ כתבו על מצב שבו עזר לכם שמישהו "ראה" אתכם.</w:t>
            </w:r>
          </w:p>
        </w:tc>
        <w:tc>
          <w:tcPr>
            <w:tcW w:type="dxa" w:w="3288"/>
          </w:tcPr>
          <w:p>
            <w:pPr>
              <w:bidi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684000" cy="684000"/>
                  <wp:docPr id="51" name="Picture 5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night-c.png"/>
                          <pic:cNvPicPr/>
                        </pic:nvPicPr>
                        <pic:blipFill>
                          <a:blip r:embed="rId4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84000" cy="684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bidi/>
              <w:spacing w:after="20"/>
              <w:jc w:val="center"/>
            </w:pPr>
            <w:r>
              <w:rPr>
                <w:rFonts w:ascii="Arial" w:hAnsi="Arial" w:cs="Arial"/>
                <w:b/>
                <w:color w:val="F59F00"/>
                <w:sz w:val="21"/>
                <w:rtl/>
                <w:szCs w:val="21"/>
                <w:bCs/>
              </w:rPr>
              <w:t>לראות ולהיראות</w:t>
            </w:r>
          </w:p>
          <w:p>
            <w:pPr>
              <w:bidi/>
              <w:spacing w:after="20"/>
              <w:jc w:val="center"/>
            </w:pPr>
            <w:r>
              <w:rPr>
                <w:rFonts w:ascii="Arial" w:hAnsi="Arial" w:cs="Arial"/>
                <w:sz w:val="15"/>
                <w:rtl/>
                <w:szCs w:val="15"/>
              </w:rPr>
              <w:t>בחושך לובשים בגדים בהירים או אפוד זוהר, ורוכבים עם פנסים דולקים.</w:t>
            </w:r>
          </w:p>
          <w:p>
            <w:pPr>
              <w:bidi/>
              <w:spacing w:after="20"/>
              <w:jc w:val="center"/>
            </w:pPr>
            <w:r>
              <w:rPr>
                <w:rFonts w:ascii="Arial" w:hAnsi="Arial" w:cs="Arial"/>
                <w:b/>
                <w:sz w:val="17"/>
                <w:rtl/>
                <w:szCs w:val="17"/>
                <w:bCs/>
              </w:rPr>
              <w:t>💬 את מי בכיתה לפעמים "לא רואים", ואיך אפשר להאיר אותו או אותה?</w:t>
            </w:r>
          </w:p>
          <w:p>
            <w:pPr>
              <w:bidi/>
              <w:spacing w:after="20"/>
              <w:jc w:val="center"/>
            </w:pPr>
            <w:r>
              <w:rPr>
                <w:rFonts w:ascii="Arial" w:hAnsi="Arial" w:cs="Arial"/>
                <w:sz w:val="15"/>
                <w:rtl/>
                <w:szCs w:val="15"/>
              </w:rPr>
              <w:t>✍️ כתבו מחמאה אמיתית לאדם שלא תמיד מקבל תשומת לב.</w:t>
            </w:r>
          </w:p>
        </w:tc>
      </w:tr>
      <w:tr>
        <w:tc>
          <w:tcPr>
            <w:tcW w:type="dxa" w:w="3288"/>
          </w:tcPr>
          <w:p>
            <w:pPr>
              <w:bidi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684000" cy="684000"/>
                  <wp:docPr id="52" name="Picture 52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oneway-c.png"/>
                          <pic:cNvPicPr/>
                        </pic:nvPicPr>
                        <pic:blipFill>
                          <a:blip r:embed="rId5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84000" cy="684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bidi/>
              <w:spacing w:after="20"/>
              <w:jc w:val="center"/>
            </w:pPr>
            <w:r>
              <w:rPr>
                <w:rFonts w:ascii="Arial" w:hAnsi="Arial" w:cs="Arial"/>
                <w:b/>
                <w:color w:val="E64980"/>
                <w:sz w:val="21"/>
                <w:rtl/>
                <w:szCs w:val="21"/>
                <w:bCs/>
              </w:rPr>
              <w:t>רחוב חד־סטרי</w:t>
            </w:r>
          </w:p>
          <w:p>
            <w:pPr>
              <w:bidi/>
              <w:spacing w:after="20"/>
              <w:jc w:val="center"/>
            </w:pPr>
            <w:r>
              <w:rPr>
                <w:rFonts w:ascii="Arial" w:hAnsi="Arial" w:cs="Arial"/>
                <w:sz w:val="15"/>
                <w:rtl/>
                <w:szCs w:val="15"/>
              </w:rPr>
              <w:t>נוסעים רק בכיוון החץ.</w:t>
            </w:r>
          </w:p>
          <w:p>
            <w:pPr>
              <w:bidi/>
              <w:spacing w:after="20"/>
              <w:jc w:val="center"/>
            </w:pPr>
            <w:r>
              <w:rPr>
                <w:rFonts w:ascii="Arial" w:hAnsi="Arial" w:cs="Arial"/>
                <w:b/>
                <w:sz w:val="17"/>
                <w:rtl/>
                <w:szCs w:val="17"/>
                <w:bCs/>
              </w:rPr>
              <w:t>💬 האם יש בחיי "דרכים חד־סטריות" – קשרים שבהם רק נותנים או רק לוקחים?</w:t>
            </w:r>
          </w:p>
          <w:p>
            <w:pPr>
              <w:bidi/>
              <w:spacing w:after="20"/>
              <w:jc w:val="center"/>
            </w:pPr>
            <w:r>
              <w:rPr>
                <w:rFonts w:ascii="Arial" w:hAnsi="Arial" w:cs="Arial"/>
                <w:sz w:val="15"/>
                <w:rtl/>
                <w:szCs w:val="15"/>
              </w:rPr>
              <w:t>✍️ כתבו על קשר שבו שני הצדדים נותנים זה לזה.</w:t>
            </w:r>
          </w:p>
        </w:tc>
        <w:tc>
          <w:tcPr>
            <w:tcW w:type="dxa" w:w="3288"/>
          </w:tcPr>
          <w:p>
            <w:pPr>
              <w:bidi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684000" cy="684000"/>
                  <wp:docPr id="53" name="Picture 53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school-c.png"/>
                          <pic:cNvPicPr/>
                        </pic:nvPicPr>
                        <pic:blipFill>
                          <a:blip r:embed="rId5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84000" cy="684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bidi/>
              <w:spacing w:after="20"/>
              <w:jc w:val="center"/>
            </w:pPr>
            <w:r>
              <w:rPr>
                <w:rFonts w:ascii="Arial" w:hAnsi="Arial" w:cs="Arial"/>
                <w:b/>
                <w:color w:val="495057"/>
                <w:sz w:val="21"/>
                <w:rtl/>
                <w:szCs w:val="21"/>
                <w:bCs/>
              </w:rPr>
              <w:t>אזור מוסד חינוך</w:t>
            </w:r>
          </w:p>
          <w:p>
            <w:pPr>
              <w:bidi/>
              <w:spacing w:after="20"/>
              <w:jc w:val="center"/>
            </w:pPr>
            <w:r>
              <w:rPr>
                <w:rFonts w:ascii="Arial" w:hAnsi="Arial" w:cs="Arial"/>
                <w:sz w:val="15"/>
                <w:rtl/>
                <w:szCs w:val="15"/>
              </w:rPr>
              <w:t>קרוב למוסד חינוך: הרבה ילדים בדרך – נוסעים לאט ובזהירות.</w:t>
            </w:r>
          </w:p>
          <w:p>
            <w:pPr>
              <w:bidi/>
              <w:spacing w:after="20"/>
              <w:jc w:val="center"/>
            </w:pPr>
            <w:r>
              <w:rPr>
                <w:rFonts w:ascii="Arial" w:hAnsi="Arial" w:cs="Arial"/>
                <w:b/>
                <w:sz w:val="17"/>
                <w:rtl/>
                <w:szCs w:val="17"/>
                <w:bCs/>
              </w:rPr>
              <w:t>💬 איך כל הקהילה – משפחות, נהגים, תלמידים וצוות – שומרת יחד על הדרך ללימודים?</w:t>
            </w:r>
          </w:p>
          <w:p>
            <w:pPr>
              <w:bidi/>
              <w:spacing w:after="20"/>
              <w:jc w:val="center"/>
            </w:pPr>
            <w:r>
              <w:rPr>
                <w:rFonts w:ascii="Arial" w:hAnsi="Arial" w:cs="Arial"/>
                <w:sz w:val="15"/>
                <w:rtl/>
                <w:szCs w:val="15"/>
              </w:rPr>
              <w:t>✍️ כתבו הצעה לשיפור הבטיחות בדרך שלכם ללימודים.</w:t>
            </w:r>
          </w:p>
        </w:tc>
        <w:tc>
          <w:tcPr>
            <w:tcW w:type="dxa" w:w="3288"/>
          </w:tcPr>
          <w:p>
            <w:pPr>
              <w:bidi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684000" cy="684000"/>
                  <wp:docPr id="54" name="Picture 54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stop-c.png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84000" cy="684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bidi/>
              <w:spacing w:after="20"/>
              <w:jc w:val="center"/>
            </w:pPr>
            <w:r>
              <w:rPr>
                <w:rFonts w:ascii="Arial" w:hAnsi="Arial" w:cs="Arial"/>
                <w:b/>
                <w:color w:val="7048E8"/>
                <w:sz w:val="21"/>
                <w:rtl/>
                <w:szCs w:val="21"/>
                <w:bCs/>
              </w:rPr>
              <w:t>עצור</w:t>
            </w:r>
          </w:p>
          <w:p>
            <w:pPr>
              <w:bidi/>
              <w:spacing w:after="20"/>
              <w:jc w:val="center"/>
            </w:pPr>
            <w:r>
              <w:rPr>
                <w:rFonts w:ascii="Arial" w:hAnsi="Arial" w:cs="Arial"/>
                <w:sz w:val="15"/>
                <w:rtl/>
                <w:szCs w:val="15"/>
              </w:rPr>
              <w:t>עוצרים עצירה מלאה לפני הקו, מסתכלים לכל הכיוונים וממשיכים רק כשבטוח.</w:t>
            </w:r>
          </w:p>
          <w:p>
            <w:pPr>
              <w:bidi/>
              <w:spacing w:after="20"/>
              <w:jc w:val="center"/>
            </w:pPr>
            <w:r>
              <w:rPr>
                <w:rFonts w:ascii="Arial" w:hAnsi="Arial" w:cs="Arial"/>
                <w:b/>
                <w:sz w:val="17"/>
                <w:rtl/>
                <w:szCs w:val="17"/>
                <w:bCs/>
              </w:rPr>
              <w:t>💬 בעולם מהיר – האם עצירה היא בזבוז זמן או השקעה?</w:t>
            </w:r>
          </w:p>
          <w:p>
            <w:pPr>
              <w:bidi/>
              <w:spacing w:after="20"/>
              <w:jc w:val="center"/>
            </w:pPr>
            <w:r>
              <w:rPr>
                <w:rFonts w:ascii="Arial" w:hAnsi="Arial" w:cs="Arial"/>
                <w:sz w:val="15"/>
                <w:rtl/>
                <w:szCs w:val="15"/>
              </w:rPr>
              <w:t>✍️ כתבו חיבור קצר: "הרגע שלפני ההחלטה".</w:t>
            </w:r>
          </w:p>
        </w:tc>
      </w:tr>
      <w:tr>
        <w:tc>
          <w:tcPr>
            <w:tcW w:type="dxa" w:w="3288"/>
          </w:tcPr>
          <w:p>
            <w:pPr>
              <w:bidi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684000" cy="684000"/>
                  <wp:docPr id="55" name="Picture 55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danger-c.png"/>
                          <pic:cNvPicPr/>
                        </pic:nvPicPr>
                        <pic:blipFill>
                          <a:blip r:embed="rId2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84000" cy="684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bidi/>
              <w:spacing w:after="20"/>
              <w:jc w:val="center"/>
            </w:pPr>
            <w:r>
              <w:rPr>
                <w:rFonts w:ascii="Arial" w:hAnsi="Arial" w:cs="Arial"/>
                <w:b/>
                <w:color w:val="D62828"/>
                <w:sz w:val="21"/>
                <w:rtl/>
                <w:szCs w:val="21"/>
                <w:bCs/>
              </w:rPr>
              <w:t>סכנה</w:t>
            </w:r>
          </w:p>
          <w:p>
            <w:pPr>
              <w:bidi/>
              <w:spacing w:after="20"/>
              <w:jc w:val="center"/>
            </w:pPr>
            <w:r>
              <w:rPr>
                <w:rFonts w:ascii="Arial" w:hAnsi="Arial" w:cs="Arial"/>
                <w:sz w:val="15"/>
                <w:rtl/>
                <w:szCs w:val="15"/>
              </w:rPr>
              <w:t>אזהרה כללית: יש סכנה לפנים – מאטים ושמים לב.</w:t>
            </w:r>
          </w:p>
          <w:p>
            <w:pPr>
              <w:bidi/>
              <w:spacing w:after="20"/>
              <w:jc w:val="center"/>
            </w:pPr>
            <w:r>
              <w:rPr>
                <w:rFonts w:ascii="Arial" w:hAnsi="Arial" w:cs="Arial"/>
                <w:b/>
                <w:sz w:val="17"/>
                <w:rtl/>
                <w:szCs w:val="17"/>
                <w:bCs/>
              </w:rPr>
              <w:t>💬 האם אני מוכן/ה להזהיר חבר או חברה שעומדים לעשות משהו מסוכן, גם אם זה לא פופולרי?</w:t>
            </w:r>
          </w:p>
          <w:p>
            <w:pPr>
              <w:bidi/>
              <w:spacing w:after="20"/>
              <w:jc w:val="center"/>
            </w:pPr>
            <w:r>
              <w:rPr>
                <w:rFonts w:ascii="Arial" w:hAnsi="Arial" w:cs="Arial"/>
                <w:sz w:val="15"/>
                <w:rtl/>
                <w:szCs w:val="15"/>
              </w:rPr>
              <w:t>✍️ כתבו מה הייתם אומרים לחבר או לחברה שעולים על קורקינט בלי קסדה.</w:t>
            </w:r>
          </w:p>
        </w:tc>
        <w:tc>
          <w:tcPr>
            <w:tcW w:type="dxa" w:w="3288"/>
          </w:tcPr>
          <w:p>
            <w:pPr>
              <w:bidi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684000" cy="684000"/>
                  <wp:docPr id="56" name="Picture 56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giveway-c.png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84000" cy="684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bidi/>
              <w:spacing w:after="20"/>
              <w:jc w:val="center"/>
            </w:pPr>
            <w:r>
              <w:rPr>
                <w:rFonts w:ascii="Arial" w:hAnsi="Arial" w:cs="Arial"/>
                <w:b/>
                <w:color w:val="E64980"/>
                <w:sz w:val="21"/>
                <w:rtl/>
                <w:szCs w:val="21"/>
                <w:bCs/>
              </w:rPr>
              <w:t>תן זכות קדימה</w:t>
            </w:r>
          </w:p>
          <w:p>
            <w:pPr>
              <w:bidi/>
              <w:spacing w:after="20"/>
              <w:jc w:val="center"/>
            </w:pPr>
            <w:r>
              <w:rPr>
                <w:rFonts w:ascii="Arial" w:hAnsi="Arial" w:cs="Arial"/>
                <w:sz w:val="15"/>
                <w:rtl/>
                <w:szCs w:val="15"/>
              </w:rPr>
              <w:t>מאטים ונותנים לרכב שבדרך הראשית לעבור ראשון.</w:t>
            </w:r>
          </w:p>
          <w:p>
            <w:pPr>
              <w:bidi/>
              <w:spacing w:after="20"/>
              <w:jc w:val="center"/>
            </w:pPr>
            <w:r>
              <w:rPr>
                <w:rFonts w:ascii="Arial" w:hAnsi="Arial" w:cs="Arial"/>
                <w:b/>
                <w:sz w:val="17"/>
                <w:rtl/>
                <w:szCs w:val="17"/>
                <w:bCs/>
              </w:rPr>
              <w:t>💬 מה ההבדל בין "להיות צודק" לבין "להיות חכם"? מתי כדאי לוותר גם כשהצדק איתי?</w:t>
            </w:r>
          </w:p>
          <w:p>
            <w:pPr>
              <w:bidi/>
              <w:spacing w:after="20"/>
              <w:jc w:val="center"/>
            </w:pPr>
            <w:r>
              <w:rPr>
                <w:rFonts w:ascii="Arial" w:hAnsi="Arial" w:cs="Arial"/>
                <w:sz w:val="15"/>
                <w:rtl/>
                <w:szCs w:val="15"/>
              </w:rPr>
              <w:t>✍️ כתבו על מצב שבו ויתור מנע מריבה.</w:t>
            </w:r>
          </w:p>
        </w:tc>
        <w:tc>
          <w:tcPr>
            <w:tcW w:type="dxa" w:w="3288"/>
          </w:tcPr>
          <w:p>
            <w:pPr>
              <w:bidi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684000" cy="684000"/>
                  <wp:docPr id="57" name="Picture 57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crossing-c.png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84000" cy="684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bidi/>
              <w:spacing w:after="20"/>
              <w:jc w:val="center"/>
            </w:pPr>
            <w:r>
              <w:rPr>
                <w:rFonts w:ascii="Arial" w:hAnsi="Arial" w:cs="Arial"/>
                <w:b/>
                <w:color w:val="F59F00"/>
                <w:sz w:val="21"/>
                <w:rtl/>
                <w:szCs w:val="21"/>
                <w:bCs/>
              </w:rPr>
              <w:t>מעבר חציה</w:t>
            </w:r>
          </w:p>
          <w:p>
            <w:pPr>
              <w:bidi/>
              <w:spacing w:after="20"/>
              <w:jc w:val="center"/>
            </w:pPr>
            <w:r>
              <w:rPr>
                <w:rFonts w:ascii="Arial" w:hAnsi="Arial" w:cs="Arial"/>
                <w:sz w:val="15"/>
                <w:rtl/>
                <w:szCs w:val="15"/>
              </w:rPr>
              <w:t>כאן חוצים. עומדים על שפת המדרכה, מביטים לשני הצדדים, מקשיבים, וחוצים בהליכה ישרה – לא בריצה.</w:t>
            </w:r>
          </w:p>
          <w:p>
            <w:pPr>
              <w:bidi/>
              <w:spacing w:after="20"/>
              <w:jc w:val="center"/>
            </w:pPr>
            <w:r>
              <w:rPr>
                <w:rFonts w:ascii="Arial" w:hAnsi="Arial" w:cs="Arial"/>
                <w:b/>
                <w:sz w:val="17"/>
                <w:rtl/>
                <w:szCs w:val="17"/>
                <w:bCs/>
              </w:rPr>
              <w:t>💬 איך מתחלקת האחריות לבטיחות בין מי שנוהג לבין מי שהולך ברגל?</w:t>
            </w:r>
          </w:p>
          <w:p>
            <w:pPr>
              <w:bidi/>
              <w:spacing w:after="20"/>
              <w:jc w:val="center"/>
            </w:pPr>
            <w:r>
              <w:rPr>
                <w:rFonts w:ascii="Arial" w:hAnsi="Arial" w:cs="Arial"/>
                <w:sz w:val="15"/>
                <w:rtl/>
                <w:szCs w:val="15"/>
              </w:rPr>
              <w:t>✍️ כתבו פסקת דיון: מי אחראי לבטיחות במעבר החציה – ולמה התשובה היא "כולם"?</w:t>
            </w:r>
          </w:p>
        </w:tc>
      </w:tr>
      <w:tr>
        <w:tc>
          <w:tcPr>
            <w:tcW w:type="dxa" w:w="3288"/>
          </w:tcPr>
          <w:p>
            <w:pPr>
              <w:bidi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684000" cy="684000"/>
                  <wp:docPr id="58" name="Picture 58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lightyellow-c.png"/>
                          <pic:cNvPicPr/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84000" cy="684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bidi/>
              <w:spacing w:after="20"/>
              <w:jc w:val="center"/>
            </w:pPr>
            <w:r>
              <w:rPr>
                <w:rFonts w:ascii="Arial" w:hAnsi="Arial" w:cs="Arial"/>
                <w:b/>
                <w:color w:val="D62828"/>
                <w:sz w:val="21"/>
                <w:rtl/>
                <w:szCs w:val="21"/>
                <w:bCs/>
              </w:rPr>
              <w:t>רמזור צהוב</w:t>
            </w:r>
          </w:p>
          <w:p>
            <w:pPr>
              <w:bidi/>
              <w:spacing w:after="20"/>
              <w:jc w:val="center"/>
            </w:pPr>
            <w:r>
              <w:rPr>
                <w:rFonts w:ascii="Arial" w:hAnsi="Arial" w:cs="Arial"/>
                <w:sz w:val="15"/>
                <w:rtl/>
                <w:szCs w:val="15"/>
              </w:rPr>
              <w:t>האור עומד להתחלף: מתכוננים לעצור, לא מאיצים.</w:t>
            </w:r>
          </w:p>
          <w:p>
            <w:pPr>
              <w:bidi/>
              <w:spacing w:after="20"/>
              <w:jc w:val="center"/>
            </w:pPr>
            <w:r>
              <w:rPr>
                <w:rFonts w:ascii="Arial" w:hAnsi="Arial" w:cs="Arial"/>
                <w:b/>
                <w:sz w:val="17"/>
                <w:rtl/>
                <w:szCs w:val="17"/>
                <w:bCs/>
              </w:rPr>
              <w:t>💬 "צהוב" הוא זמן של החלטה. איך אני מחליט/ה תחת לחץ זמן?</w:t>
            </w:r>
          </w:p>
          <w:p>
            <w:pPr>
              <w:bidi/>
              <w:spacing w:after="20"/>
              <w:jc w:val="center"/>
            </w:pPr>
            <w:r>
              <w:rPr>
                <w:rFonts w:ascii="Arial" w:hAnsi="Arial" w:cs="Arial"/>
                <w:sz w:val="15"/>
                <w:rtl/>
                <w:szCs w:val="15"/>
              </w:rPr>
              <w:t>✍️ כתבו על החלטה שקיבלתם מהר, והאם הייתם משנים אותה היום.</w:t>
            </w:r>
          </w:p>
        </w:tc>
        <w:tc>
          <w:tcPr>
            <w:tcW w:type="dxa" w:w="3288"/>
          </w:tcPr>
          <w:p>
            <w:pPr>
              <w:bidi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684000" cy="684000"/>
                  <wp:docPr id="59" name="Picture 59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noentry-c.png"/>
                          <pic:cNvPicPr/>
                        </pic:nvPicPr>
                        <pic:blipFill>
                          <a:blip r:embed="rId1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84000" cy="684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bidi/>
              <w:spacing w:after="20"/>
              <w:jc w:val="center"/>
            </w:pPr>
            <w:r>
              <w:rPr>
                <w:rFonts w:ascii="Arial" w:hAnsi="Arial" w:cs="Arial"/>
                <w:b/>
                <w:color w:val="495057"/>
                <w:sz w:val="21"/>
                <w:rtl/>
                <w:szCs w:val="21"/>
                <w:bCs/>
              </w:rPr>
              <w:t>אין כניסה</w:t>
            </w:r>
          </w:p>
          <w:p>
            <w:pPr>
              <w:bidi/>
              <w:spacing w:after="20"/>
              <w:jc w:val="center"/>
            </w:pPr>
            <w:r>
              <w:rPr>
                <w:rFonts w:ascii="Arial" w:hAnsi="Arial" w:cs="Arial"/>
                <w:sz w:val="15"/>
                <w:rtl/>
                <w:szCs w:val="15"/>
              </w:rPr>
              <w:t>אסור להיכנס לרחוב מהכיוון הזה.</w:t>
            </w:r>
          </w:p>
          <w:p>
            <w:pPr>
              <w:bidi/>
              <w:spacing w:after="20"/>
              <w:jc w:val="center"/>
            </w:pPr>
            <w:r>
              <w:rPr>
                <w:rFonts w:ascii="Arial" w:hAnsi="Arial" w:cs="Arial"/>
                <w:b/>
                <w:sz w:val="17"/>
                <w:rtl/>
                <w:szCs w:val="17"/>
                <w:bCs/>
              </w:rPr>
              <w:t>💬 גבולות ברשת: מה "אין כניסה" בפרטיות שלי ושל אחרים?</w:t>
            </w:r>
          </w:p>
          <w:p>
            <w:pPr>
              <w:bidi/>
              <w:spacing w:after="20"/>
              <w:jc w:val="center"/>
            </w:pPr>
            <w:r>
              <w:rPr>
                <w:rFonts w:ascii="Arial" w:hAnsi="Arial" w:cs="Arial"/>
                <w:sz w:val="15"/>
                <w:rtl/>
                <w:szCs w:val="15"/>
              </w:rPr>
              <w:t>✍️ כתבו כללי פרטיות לקבוצת הכיתה ברשת.</w:t>
            </w:r>
          </w:p>
        </w:tc>
        <w:tc>
          <w:tcPr>
            <w:tcW w:type="dxa" w:w="3288"/>
          </w:tcPr>
          <w:p>
            <w:pPr>
              <w:bidi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684000" cy="684000"/>
                  <wp:docPr id="60" name="Picture 60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speed30-c.png"/>
                          <pic:cNvPicPr/>
                        </pic:nvPicPr>
                        <pic:blipFill>
                          <a:blip r:embed="rId2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84000" cy="684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bidi/>
              <w:spacing w:after="20"/>
              <w:jc w:val="center"/>
            </w:pPr>
            <w:r>
              <w:rPr>
                <w:rFonts w:ascii="Arial" w:hAnsi="Arial" w:cs="Arial"/>
                <w:b/>
                <w:color w:val="7048E8"/>
                <w:sz w:val="21"/>
                <w:rtl/>
                <w:szCs w:val="21"/>
                <w:bCs/>
              </w:rPr>
              <w:t>מהירות מרבית 30</w:t>
            </w:r>
          </w:p>
          <w:p>
            <w:pPr>
              <w:bidi/>
              <w:spacing w:after="20"/>
              <w:jc w:val="center"/>
            </w:pPr>
            <w:r>
              <w:rPr>
                <w:rFonts w:ascii="Arial" w:hAnsi="Arial" w:cs="Arial"/>
                <w:sz w:val="15"/>
                <w:rtl/>
                <w:szCs w:val="15"/>
              </w:rPr>
              <w:t>לא נוסעים מהר מ־30 קמ"ש. ברחובות מגורים ובקרבת ילדים נוסעים לאט.</w:t>
            </w:r>
          </w:p>
          <w:p>
            <w:pPr>
              <w:bidi/>
              <w:spacing w:after="20"/>
              <w:jc w:val="center"/>
            </w:pPr>
            <w:r>
              <w:rPr>
                <w:rFonts w:ascii="Arial" w:hAnsi="Arial" w:cs="Arial"/>
                <w:b/>
                <w:sz w:val="17"/>
                <w:rtl/>
                <w:szCs w:val="17"/>
                <w:bCs/>
              </w:rPr>
              <w:t>💬 מה הקצב הנכון בשבילי בלימודים, ומי קובע אותו?</w:t>
            </w:r>
          </w:p>
          <w:p>
            <w:pPr>
              <w:bidi/>
              <w:spacing w:after="20"/>
              <w:jc w:val="center"/>
            </w:pPr>
            <w:r>
              <w:rPr>
                <w:rFonts w:ascii="Arial" w:hAnsi="Arial" w:cs="Arial"/>
                <w:sz w:val="15"/>
                <w:rtl/>
                <w:szCs w:val="15"/>
              </w:rPr>
              <w:t>✍️ כתבו על הקצב שבו אתם לומדים הכי טוב.</w:t>
            </w:r>
          </w:p>
        </w:tc>
      </w:tr>
    </w:tbl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8" w:color="888888"/>
          <w:left w:val="dashed" w:sz="8" w:color="888888"/>
          <w:bottom w:val="dashed" w:sz="8" w:color="888888"/>
          <w:right w:val="dashed" w:sz="8" w:color="888888"/>
          <w:insideH w:val="dashed" w:sz="8" w:color="888888"/>
          <w:insideV w:val="dashed" w:sz="8" w:color="888888"/>
        </w:tblBorders>
      </w:tblPr>
      <w:tblGrid>
        <w:gridCol w:w="3475"/>
        <w:gridCol w:w="3475"/>
        <w:gridCol w:w="3475"/>
      </w:tblGrid>
      <w:tr>
        <w:tc>
          <w:tcPr>
            <w:tcW w:type="dxa" w:w="3288"/>
          </w:tcPr>
          <w:p>
            <w:pPr>
              <w:bidi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684000" cy="684000"/>
                  <wp:docPr id="61" name="Picture 6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seatbelt-c.png"/>
                          <pic:cNvPicPr/>
                        </pic:nvPicPr>
                        <pic:blipFill>
                          <a:blip r:embed="rId2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84000" cy="684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bidi/>
              <w:spacing w:after="20"/>
              <w:jc w:val="center"/>
            </w:pPr>
            <w:r>
              <w:rPr>
                <w:rFonts w:ascii="Arial" w:hAnsi="Arial" w:cs="Arial"/>
                <w:b/>
                <w:color w:val="D62828"/>
                <w:sz w:val="21"/>
                <w:rtl/>
                <w:szCs w:val="21"/>
                <w:bCs/>
              </w:rPr>
              <w:t>חוגרים חגורה</w:t>
            </w:r>
          </w:p>
          <w:p>
            <w:pPr>
              <w:bidi/>
              <w:spacing w:after="20"/>
              <w:jc w:val="center"/>
            </w:pPr>
            <w:r>
              <w:rPr>
                <w:rFonts w:ascii="Arial" w:hAnsi="Arial" w:cs="Arial"/>
                <w:sz w:val="15"/>
                <w:rtl/>
                <w:szCs w:val="15"/>
              </w:rPr>
              <w:t>כל הנוסעים חוגרים – מקדימה ומאחור, גם בנסיעה קצרה.</w:t>
            </w:r>
          </w:p>
          <w:p>
            <w:pPr>
              <w:bidi/>
              <w:spacing w:after="20"/>
              <w:jc w:val="center"/>
            </w:pPr>
            <w:r>
              <w:rPr>
                <w:rFonts w:ascii="Arial" w:hAnsi="Arial" w:cs="Arial"/>
                <w:b/>
                <w:sz w:val="17"/>
                <w:rtl/>
                <w:szCs w:val="17"/>
                <w:bCs/>
              </w:rPr>
              <w:t>💬 למה אנשים מוותרים לפעמים על הגנה פשוטה ("רק נסיעה קצרה")? מה עוזר לשנות הרגל?</w:t>
            </w:r>
          </w:p>
          <w:p>
            <w:pPr>
              <w:bidi/>
              <w:spacing w:after="20"/>
              <w:jc w:val="center"/>
            </w:pPr>
            <w:r>
              <w:rPr>
                <w:rFonts w:ascii="Arial" w:hAnsi="Arial" w:cs="Arial"/>
                <w:sz w:val="15"/>
                <w:rtl/>
                <w:szCs w:val="15"/>
              </w:rPr>
              <w:t>✍️ כתבו קמפיין בן שלוש שורות לבני ובנות נוער.</w:t>
            </w:r>
          </w:p>
        </w:tc>
        <w:tc>
          <w:tcPr>
            <w:tcW w:type="dxa" w:w="3288"/>
          </w:tcPr>
          <w:p>
            <w:pPr>
              <w:bidi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684000" cy="684000"/>
                  <wp:docPr id="62" name="Picture 62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helmet-c.png"/>
                          <pic:cNvPicPr/>
                        </pic:nvPicPr>
                        <pic:blipFill>
                          <a:blip r:embed="rId2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84000" cy="684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bidi/>
              <w:spacing w:after="20"/>
              <w:jc w:val="center"/>
            </w:pPr>
            <w:r>
              <w:rPr>
                <w:rFonts w:ascii="Arial" w:hAnsi="Arial" w:cs="Arial"/>
                <w:b/>
                <w:color w:val="2B9348"/>
                <w:sz w:val="21"/>
                <w:rtl/>
                <w:szCs w:val="21"/>
                <w:bCs/>
              </w:rPr>
              <w:t>חובשים קסדה</w:t>
            </w:r>
          </w:p>
          <w:p>
            <w:pPr>
              <w:bidi/>
              <w:spacing w:after="20"/>
              <w:jc w:val="center"/>
            </w:pPr>
            <w:r>
              <w:rPr>
                <w:rFonts w:ascii="Arial" w:hAnsi="Arial" w:cs="Arial"/>
                <w:sz w:val="15"/>
                <w:rtl/>
                <w:szCs w:val="15"/>
              </w:rPr>
              <w:t>קסדה תקנית, סגורה ומהודקת, שומרת על הראש ברכיבה.</w:t>
            </w:r>
          </w:p>
          <w:p>
            <w:pPr>
              <w:bidi/>
              <w:spacing w:after="20"/>
              <w:jc w:val="center"/>
            </w:pPr>
            <w:r>
              <w:rPr>
                <w:rFonts w:ascii="Arial" w:hAnsi="Arial" w:cs="Arial"/>
                <w:b/>
                <w:sz w:val="17"/>
                <w:rtl/>
                <w:szCs w:val="17"/>
                <w:bCs/>
              </w:rPr>
              <w:t>💬 איך חובשים קסדה נכון? (מכסה את המצח, הרצועה מהודקת מתחת לסנטר)</w:t>
            </w:r>
          </w:p>
          <w:p>
            <w:pPr>
              <w:bidi/>
              <w:spacing w:after="20"/>
              <w:jc w:val="center"/>
            </w:pPr>
            <w:r>
              <w:rPr>
                <w:rFonts w:ascii="Arial" w:hAnsi="Arial" w:cs="Arial"/>
                <w:sz w:val="15"/>
                <w:rtl/>
                <w:szCs w:val="15"/>
              </w:rPr>
              <w:t>✍️ ציירו את עצמכם עם קסדה וכתבו: "הקסדה שלי שומרת על...".</w:t>
            </w:r>
          </w:p>
        </w:tc>
        <w:tc>
          <w:tcPr>
            <w:tcW w:type="dxa" w:w="3288"/>
          </w:tcPr>
          <w:p>
            <w:pPr>
              <w:bidi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684000" cy="684000"/>
                  <wp:docPr id="63" name="Picture 63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bus-c.png"/>
                          <pic:cNvPicPr/>
                        </pic:nvPicPr>
                        <pic:blipFill>
                          <a:blip r:embed="rId3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84000" cy="684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bidi/>
              <w:spacing w:after="20"/>
              <w:jc w:val="center"/>
            </w:pPr>
            <w:r>
              <w:rPr>
                <w:rFonts w:ascii="Arial" w:hAnsi="Arial" w:cs="Arial"/>
                <w:b/>
                <w:color w:val="D62828"/>
                <w:sz w:val="21"/>
                <w:rtl/>
                <w:szCs w:val="21"/>
                <w:bCs/>
              </w:rPr>
              <w:t>תחנת אוטובוס</w:t>
            </w:r>
          </w:p>
          <w:p>
            <w:pPr>
              <w:bidi/>
              <w:spacing w:after="20"/>
              <w:jc w:val="center"/>
            </w:pPr>
            <w:r>
              <w:rPr>
                <w:rFonts w:ascii="Arial" w:hAnsi="Arial" w:cs="Arial"/>
                <w:sz w:val="15"/>
                <w:rtl/>
                <w:szCs w:val="15"/>
              </w:rPr>
              <w:t>כאן עוצר האוטובוס. ממתינים על המדרכה, רחוק משפת הכביש, ועולים רק כשהאוטובוס עוצר לגמרי.</w:t>
            </w:r>
          </w:p>
          <w:p>
            <w:pPr>
              <w:bidi/>
              <w:spacing w:after="20"/>
              <w:jc w:val="center"/>
            </w:pPr>
            <w:r>
              <w:rPr>
                <w:rFonts w:ascii="Arial" w:hAnsi="Arial" w:cs="Arial"/>
                <w:b/>
                <w:sz w:val="17"/>
                <w:rtl/>
                <w:szCs w:val="17"/>
                <w:bCs/>
              </w:rPr>
              <w:t>💬 מה עושים אחרי שיורדים מהאוטובוס?</w:t>
            </w:r>
          </w:p>
          <w:p>
            <w:pPr>
              <w:bidi/>
              <w:spacing w:after="20"/>
              <w:jc w:val="center"/>
            </w:pPr>
            <w:r>
              <w:rPr>
                <w:rFonts w:ascii="Arial" w:hAnsi="Arial" w:cs="Arial"/>
                <w:sz w:val="15"/>
                <w:rtl/>
                <w:szCs w:val="15"/>
              </w:rPr>
              <w:t>✍️ השלימו וכתבו את הכלל: "יורדים, מחכים ש...".</w:t>
            </w:r>
          </w:p>
        </w:tc>
      </w:tr>
      <w:tr>
        <w:tc>
          <w:tcPr>
            <w:tcW w:type="dxa" w:w="3288"/>
          </w:tcPr>
          <w:p>
            <w:pPr>
              <w:bidi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684000" cy="684000"/>
                  <wp:docPr id="64" name="Picture 64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children-c.png"/>
                          <pic:cNvPicPr/>
                        </pic:nvPicPr>
                        <pic:blipFill>
                          <a:blip r:embed="rId2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84000" cy="684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bidi/>
              <w:spacing w:after="20"/>
              <w:jc w:val="center"/>
            </w:pPr>
            <w:r>
              <w:rPr>
                <w:rFonts w:ascii="Arial" w:hAnsi="Arial" w:cs="Arial"/>
                <w:b/>
                <w:color w:val="1C5FB8"/>
                <w:sz w:val="21"/>
                <w:rtl/>
                <w:szCs w:val="21"/>
                <w:bCs/>
              </w:rPr>
              <w:t>זהירות ילדים</w:t>
            </w:r>
          </w:p>
          <w:p>
            <w:pPr>
              <w:bidi/>
              <w:spacing w:after="20"/>
              <w:jc w:val="center"/>
            </w:pPr>
            <w:r>
              <w:rPr>
                <w:rFonts w:ascii="Arial" w:hAnsi="Arial" w:cs="Arial"/>
                <w:sz w:val="15"/>
                <w:rtl/>
                <w:szCs w:val="15"/>
              </w:rPr>
              <w:t>לנהגים: בקרבת מקום יש ילדים – מאטים ומוכנים לעצור.</w:t>
            </w:r>
          </w:p>
          <w:p>
            <w:pPr>
              <w:bidi/>
              <w:spacing w:after="20"/>
              <w:jc w:val="center"/>
            </w:pPr>
            <w:r>
              <w:rPr>
                <w:rFonts w:ascii="Arial" w:hAnsi="Arial" w:cs="Arial"/>
                <w:b/>
                <w:sz w:val="17"/>
                <w:rtl/>
                <w:szCs w:val="17"/>
                <w:bCs/>
              </w:rPr>
              <w:t>💬 איך הולכים בבטחה ליד הכביש? (מחזיקים יד, הולכים על המדרכה, רחוק מהשפה)</w:t>
            </w:r>
          </w:p>
          <w:p>
            <w:pPr>
              <w:bidi/>
              <w:spacing w:after="20"/>
              <w:jc w:val="center"/>
            </w:pPr>
            <w:r>
              <w:rPr>
                <w:rFonts w:ascii="Arial" w:hAnsi="Arial" w:cs="Arial"/>
                <w:sz w:val="15"/>
                <w:rtl/>
                <w:szCs w:val="15"/>
              </w:rPr>
              <w:t>✍️ ציירו את עצמכם הולכים בבטחה עם מבוגר וכתבו משפט אחד.</w:t>
            </w:r>
          </w:p>
        </w:tc>
        <w:tc>
          <w:tcPr>
            <w:tcW w:type="dxa" w:w="3288"/>
          </w:tcPr>
          <w:p>
            <w:pPr>
              <w:bidi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684000" cy="684000"/>
                  <wp:docPr id="65" name="Picture 65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pedred-c.png"/>
                          <pic:cNvPicPr/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84000" cy="684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bidi/>
              <w:spacing w:after="20"/>
              <w:jc w:val="center"/>
            </w:pPr>
            <w:r>
              <w:rPr>
                <w:rFonts w:ascii="Arial" w:hAnsi="Arial" w:cs="Arial"/>
                <w:b/>
                <w:color w:val="12B886"/>
                <w:sz w:val="21"/>
                <w:rtl/>
                <w:szCs w:val="21"/>
                <w:bCs/>
              </w:rPr>
              <w:t>רמזור הולכי רגל – אדום</w:t>
            </w:r>
          </w:p>
          <w:p>
            <w:pPr>
              <w:bidi/>
              <w:spacing w:after="20"/>
              <w:jc w:val="center"/>
            </w:pPr>
            <w:r>
              <w:rPr>
                <w:rFonts w:ascii="Arial" w:hAnsi="Arial" w:cs="Arial"/>
                <w:sz w:val="15"/>
                <w:rtl/>
                <w:szCs w:val="15"/>
              </w:rPr>
              <w:t>דמות אדומה: עומדים וממתינים על המדרכה, גם אם הכביש נראה ריק.</w:t>
            </w:r>
          </w:p>
          <w:p>
            <w:pPr>
              <w:bidi/>
              <w:spacing w:after="20"/>
              <w:jc w:val="center"/>
            </w:pPr>
            <w:r>
              <w:rPr>
                <w:rFonts w:ascii="Arial" w:hAnsi="Arial" w:cs="Arial"/>
                <w:b/>
                <w:sz w:val="17"/>
                <w:rtl/>
                <w:szCs w:val="17"/>
                <w:bCs/>
              </w:rPr>
              <w:t>💬 איך אני מחכה בסבלנות? מה אפשר לעשות בזמן ההמתנה?</w:t>
            </w:r>
          </w:p>
          <w:p>
            <w:pPr>
              <w:bidi/>
              <w:spacing w:after="20"/>
              <w:jc w:val="center"/>
            </w:pPr>
            <w:r>
              <w:rPr>
                <w:rFonts w:ascii="Arial" w:hAnsi="Arial" w:cs="Arial"/>
                <w:sz w:val="15"/>
                <w:rtl/>
                <w:szCs w:val="15"/>
              </w:rPr>
              <w:t>✍️ כתבו שלושה דברים שאפשר לעשות כשמחכים.</w:t>
            </w:r>
          </w:p>
        </w:tc>
        <w:tc>
          <w:tcPr>
            <w:tcW w:type="dxa" w:w="3288"/>
          </w:tcPr>
          <w:p>
            <w:pPr>
              <w:bidi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684000" cy="684000"/>
                  <wp:docPr id="66" name="Picture 66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bike-c.png"/>
                          <pic:cNvPicPr/>
                        </pic:nvPicPr>
                        <pic:blipFill>
                          <a:blip r:embed="rId2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84000" cy="684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bidi/>
              <w:spacing w:after="20"/>
              <w:jc w:val="center"/>
            </w:pPr>
            <w:r>
              <w:rPr>
                <w:rFonts w:ascii="Arial" w:hAnsi="Arial" w:cs="Arial"/>
                <w:b/>
                <w:color w:val="D62828"/>
                <w:sz w:val="21"/>
                <w:rtl/>
                <w:szCs w:val="21"/>
                <w:bCs/>
              </w:rPr>
              <w:t>שביל אופניים</w:t>
            </w:r>
          </w:p>
          <w:p>
            <w:pPr>
              <w:bidi/>
              <w:spacing w:after="20"/>
              <w:jc w:val="center"/>
            </w:pPr>
            <w:r>
              <w:rPr>
                <w:rFonts w:ascii="Arial" w:hAnsi="Arial" w:cs="Arial"/>
                <w:sz w:val="15"/>
                <w:rtl/>
                <w:szCs w:val="15"/>
              </w:rPr>
              <w:t>שביל לרוכבי אופניים. רוכבים בו בזהירות, בצד ימין ובמהירות מתונה.</w:t>
            </w:r>
          </w:p>
          <w:p>
            <w:pPr>
              <w:bidi/>
              <w:spacing w:after="20"/>
              <w:jc w:val="center"/>
            </w:pPr>
            <w:r>
              <w:rPr>
                <w:rFonts w:ascii="Arial" w:hAnsi="Arial" w:cs="Arial"/>
                <w:b/>
                <w:sz w:val="17"/>
                <w:rtl/>
                <w:szCs w:val="17"/>
                <w:bCs/>
              </w:rPr>
              <w:t>💬 איך נראית עיר שבה בטוח לרכוב, ללכת ולנסוע? מה הייתם משנים?</w:t>
            </w:r>
          </w:p>
          <w:p>
            <w:pPr>
              <w:bidi/>
              <w:spacing w:after="20"/>
              <w:jc w:val="center"/>
            </w:pPr>
            <w:r>
              <w:rPr>
                <w:rFonts w:ascii="Arial" w:hAnsi="Arial" w:cs="Arial"/>
                <w:sz w:val="15"/>
                <w:rtl/>
                <w:szCs w:val="15"/>
              </w:rPr>
              <w:t>✍️ כתבו הצעה למועצת התלמידים לשיפור הדרכים סביב מקום הלימודים.</w:t>
            </w:r>
          </w:p>
        </w:tc>
      </w:tr>
    </w:tbl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8" w:color="888888"/>
          <w:left w:val="dashed" w:sz="8" w:color="888888"/>
          <w:bottom w:val="dashed" w:sz="8" w:color="888888"/>
          <w:right w:val="dashed" w:sz="8" w:color="888888"/>
          <w:insideH w:val="dashed" w:sz="8" w:color="888888"/>
          <w:insideV w:val="dashed" w:sz="8" w:color="888888"/>
        </w:tblBorders>
      </w:tblPr>
      <w:tblGrid>
        <w:gridCol w:w="3475"/>
        <w:gridCol w:w="3475"/>
        <w:gridCol w:w="3475"/>
      </w:tblGrid>
      <w:tr>
        <w:tc>
          <w:tcPr>
            <w:tcW w:type="dxa" w:w="3475"/>
          </w:tcPr>
          <w:p>
            <w:pPr>
              <w:bidi/>
              <w:jc w:val="center"/>
            </w:pPr>
            <w:r>
              <w:rPr>
                <w:rFonts w:ascii="Arial" w:hAnsi="Arial" w:cs="Arial"/>
                <w:b/>
                <w:sz w:val="28"/>
                <w:rtl/>
                <w:szCs w:val="28"/>
                <w:bCs/>
              </w:rPr>
              <w:t>🚦 תמרורי שיח</w:t>
            </w:r>
          </w:p>
          <w:p/>
          <w:p/>
          <w:p/>
          <w:p>
            <w:pPr>
              <w:bidi/>
              <w:jc w:val="center"/>
            </w:pPr>
            <w:r>
              <w:rPr>
                <w:rFonts w:ascii="Arial" w:hAnsi="Arial" w:cs="Arial"/>
                <w:sz w:val="20"/>
                <w:rtl/>
                <w:szCs w:val="20"/>
              </w:rPr>
              <w:t>שבוע הבטיחות בדרכים</w:t>
            </w:r>
          </w:p>
        </w:tc>
        <w:tc>
          <w:tcPr>
            <w:tcW w:type="dxa" w:w="3475"/>
          </w:tcPr>
          <w:p>
            <w:pPr>
              <w:bidi/>
              <w:jc w:val="center"/>
            </w:pPr>
            <w:r>
              <w:rPr>
                <w:rFonts w:ascii="Arial" w:hAnsi="Arial" w:cs="Arial"/>
                <w:b/>
                <w:sz w:val="28"/>
                <w:rtl/>
                <w:szCs w:val="28"/>
                <w:bCs/>
              </w:rPr>
              <w:t>🚦 תמרורי שיח</w:t>
            </w:r>
          </w:p>
          <w:p/>
          <w:p/>
          <w:p/>
          <w:p>
            <w:pPr>
              <w:bidi/>
              <w:jc w:val="center"/>
            </w:pPr>
            <w:r>
              <w:rPr>
                <w:rFonts w:ascii="Arial" w:hAnsi="Arial" w:cs="Arial"/>
                <w:sz w:val="20"/>
                <w:rtl/>
                <w:szCs w:val="20"/>
              </w:rPr>
              <w:t>שבוע הבטיחות בדרכים</w:t>
            </w:r>
          </w:p>
        </w:tc>
        <w:tc>
          <w:tcPr>
            <w:tcW w:type="dxa" w:w="3475"/>
          </w:tcPr>
          <w:p>
            <w:pPr>
              <w:bidi/>
              <w:jc w:val="center"/>
            </w:pPr>
            <w:r>
              <w:rPr>
                <w:rFonts w:ascii="Arial" w:hAnsi="Arial" w:cs="Arial"/>
                <w:b/>
                <w:sz w:val="28"/>
                <w:rtl/>
                <w:szCs w:val="28"/>
                <w:bCs/>
              </w:rPr>
              <w:t>🚦 תמרורי שיח</w:t>
            </w:r>
          </w:p>
          <w:p/>
          <w:p/>
          <w:p/>
          <w:p>
            <w:pPr>
              <w:bidi/>
              <w:jc w:val="center"/>
            </w:pPr>
            <w:r>
              <w:rPr>
                <w:rFonts w:ascii="Arial" w:hAnsi="Arial" w:cs="Arial"/>
                <w:sz w:val="20"/>
                <w:rtl/>
                <w:szCs w:val="20"/>
              </w:rPr>
              <w:t>שבוע הבטיחות בדרכים</w:t>
            </w:r>
          </w:p>
        </w:tc>
      </w:tr>
      <w:tr>
        <w:tc>
          <w:tcPr>
            <w:tcW w:type="dxa" w:w="3475"/>
          </w:tcPr>
          <w:p>
            <w:pPr>
              <w:bidi/>
              <w:jc w:val="center"/>
            </w:pPr>
            <w:r>
              <w:rPr>
                <w:rFonts w:ascii="Arial" w:hAnsi="Arial" w:cs="Arial"/>
                <w:b/>
                <w:sz w:val="28"/>
                <w:rtl/>
                <w:szCs w:val="28"/>
                <w:bCs/>
              </w:rPr>
              <w:t>🚦 תמרורי שיח</w:t>
            </w:r>
          </w:p>
          <w:p/>
          <w:p/>
          <w:p/>
          <w:p>
            <w:pPr>
              <w:bidi/>
              <w:jc w:val="center"/>
            </w:pPr>
            <w:r>
              <w:rPr>
                <w:rFonts w:ascii="Arial" w:hAnsi="Arial" w:cs="Arial"/>
                <w:sz w:val="20"/>
                <w:rtl/>
                <w:szCs w:val="20"/>
              </w:rPr>
              <w:t>שבוע הבטיחות בדרכים</w:t>
            </w:r>
          </w:p>
        </w:tc>
        <w:tc>
          <w:tcPr>
            <w:tcW w:type="dxa" w:w="3475"/>
          </w:tcPr>
          <w:p>
            <w:pPr>
              <w:bidi/>
              <w:jc w:val="center"/>
            </w:pPr>
            <w:r>
              <w:rPr>
                <w:rFonts w:ascii="Arial" w:hAnsi="Arial" w:cs="Arial"/>
                <w:b/>
                <w:sz w:val="28"/>
                <w:rtl/>
                <w:szCs w:val="28"/>
                <w:bCs/>
              </w:rPr>
              <w:t>🚦 תמרורי שיח</w:t>
            </w:r>
          </w:p>
          <w:p/>
          <w:p/>
          <w:p/>
          <w:p>
            <w:pPr>
              <w:bidi/>
              <w:jc w:val="center"/>
            </w:pPr>
            <w:r>
              <w:rPr>
                <w:rFonts w:ascii="Arial" w:hAnsi="Arial" w:cs="Arial"/>
                <w:sz w:val="20"/>
                <w:rtl/>
                <w:szCs w:val="20"/>
              </w:rPr>
              <w:t>שבוע הבטיחות בדרכים</w:t>
            </w:r>
          </w:p>
        </w:tc>
        <w:tc>
          <w:tcPr>
            <w:tcW w:type="dxa" w:w="3475"/>
          </w:tcPr>
          <w:p>
            <w:pPr>
              <w:bidi/>
              <w:jc w:val="center"/>
            </w:pPr>
            <w:r>
              <w:rPr>
                <w:rFonts w:ascii="Arial" w:hAnsi="Arial" w:cs="Arial"/>
                <w:b/>
                <w:sz w:val="28"/>
                <w:rtl/>
                <w:szCs w:val="28"/>
                <w:bCs/>
              </w:rPr>
              <w:t>🚦 תמרורי שיח</w:t>
            </w:r>
          </w:p>
          <w:p/>
          <w:p/>
          <w:p/>
          <w:p>
            <w:pPr>
              <w:bidi/>
              <w:jc w:val="center"/>
            </w:pPr>
            <w:r>
              <w:rPr>
                <w:rFonts w:ascii="Arial" w:hAnsi="Arial" w:cs="Arial"/>
                <w:sz w:val="20"/>
                <w:rtl/>
                <w:szCs w:val="20"/>
              </w:rPr>
              <w:t>שבוע הבטיחות בדרכים</w:t>
            </w:r>
          </w:p>
        </w:tc>
      </w:tr>
      <w:tr>
        <w:tc>
          <w:tcPr>
            <w:tcW w:type="dxa" w:w="3475"/>
          </w:tcPr>
          <w:p>
            <w:pPr>
              <w:bidi/>
              <w:jc w:val="center"/>
            </w:pPr>
            <w:r>
              <w:rPr>
                <w:rFonts w:ascii="Arial" w:hAnsi="Arial" w:cs="Arial"/>
                <w:b/>
                <w:sz w:val="28"/>
                <w:rtl/>
                <w:szCs w:val="28"/>
                <w:bCs/>
              </w:rPr>
              <w:t>🚦 תמרורי שיח</w:t>
            </w:r>
          </w:p>
          <w:p/>
          <w:p/>
          <w:p/>
          <w:p>
            <w:pPr>
              <w:bidi/>
              <w:jc w:val="center"/>
            </w:pPr>
            <w:r>
              <w:rPr>
                <w:rFonts w:ascii="Arial" w:hAnsi="Arial" w:cs="Arial"/>
                <w:sz w:val="20"/>
                <w:rtl/>
                <w:szCs w:val="20"/>
              </w:rPr>
              <w:t>שבוע הבטיחות בדרכים</w:t>
            </w:r>
          </w:p>
        </w:tc>
        <w:tc>
          <w:tcPr>
            <w:tcW w:type="dxa" w:w="3475"/>
          </w:tcPr>
          <w:p>
            <w:pPr>
              <w:bidi/>
              <w:jc w:val="center"/>
            </w:pPr>
            <w:r>
              <w:rPr>
                <w:rFonts w:ascii="Arial" w:hAnsi="Arial" w:cs="Arial"/>
                <w:b/>
                <w:sz w:val="28"/>
                <w:rtl/>
                <w:szCs w:val="28"/>
                <w:bCs/>
              </w:rPr>
              <w:t>🚦 תמרורי שיח</w:t>
            </w:r>
          </w:p>
          <w:p/>
          <w:p/>
          <w:p/>
          <w:p>
            <w:pPr>
              <w:bidi/>
              <w:jc w:val="center"/>
            </w:pPr>
            <w:r>
              <w:rPr>
                <w:rFonts w:ascii="Arial" w:hAnsi="Arial" w:cs="Arial"/>
                <w:sz w:val="20"/>
                <w:rtl/>
                <w:szCs w:val="20"/>
              </w:rPr>
              <w:t>שבוע הבטיחות בדרכים</w:t>
            </w:r>
          </w:p>
        </w:tc>
        <w:tc>
          <w:tcPr>
            <w:tcW w:type="dxa" w:w="3475"/>
          </w:tcPr>
          <w:p>
            <w:pPr>
              <w:bidi/>
              <w:jc w:val="center"/>
            </w:pPr>
            <w:r>
              <w:rPr>
                <w:rFonts w:ascii="Arial" w:hAnsi="Arial" w:cs="Arial"/>
                <w:b/>
                <w:sz w:val="28"/>
                <w:rtl/>
                <w:szCs w:val="28"/>
                <w:bCs/>
              </w:rPr>
              <w:t>🚦 תמרורי שיח</w:t>
            </w:r>
          </w:p>
          <w:p/>
          <w:p/>
          <w:p/>
          <w:p>
            <w:pPr>
              <w:bidi/>
              <w:jc w:val="center"/>
            </w:pPr>
            <w:r>
              <w:rPr>
                <w:rFonts w:ascii="Arial" w:hAnsi="Arial" w:cs="Arial"/>
                <w:sz w:val="20"/>
                <w:rtl/>
                <w:szCs w:val="20"/>
              </w:rPr>
              <w:t>שבוע הבטיחות בדרכים</w:t>
            </w:r>
          </w:p>
        </w:tc>
      </w:tr>
      <w:tr>
        <w:tc>
          <w:tcPr>
            <w:tcW w:type="dxa" w:w="3475"/>
          </w:tcPr>
          <w:p>
            <w:pPr>
              <w:bidi/>
              <w:jc w:val="center"/>
            </w:pPr>
            <w:r>
              <w:rPr>
                <w:rFonts w:ascii="Arial" w:hAnsi="Arial" w:cs="Arial"/>
                <w:b/>
                <w:sz w:val="28"/>
                <w:rtl/>
                <w:szCs w:val="28"/>
                <w:bCs/>
              </w:rPr>
              <w:t>🚦 תמרורי שיח</w:t>
            </w:r>
          </w:p>
          <w:p/>
          <w:p/>
          <w:p/>
          <w:p>
            <w:pPr>
              <w:bidi/>
              <w:jc w:val="center"/>
            </w:pPr>
            <w:r>
              <w:rPr>
                <w:rFonts w:ascii="Arial" w:hAnsi="Arial" w:cs="Arial"/>
                <w:sz w:val="20"/>
                <w:rtl/>
                <w:szCs w:val="20"/>
              </w:rPr>
              <w:t>שבוע הבטיחות בדרכים</w:t>
            </w:r>
          </w:p>
        </w:tc>
        <w:tc>
          <w:tcPr>
            <w:tcW w:type="dxa" w:w="3475"/>
          </w:tcPr>
          <w:p>
            <w:pPr>
              <w:bidi/>
              <w:jc w:val="center"/>
            </w:pPr>
            <w:r>
              <w:rPr>
                <w:rFonts w:ascii="Arial" w:hAnsi="Arial" w:cs="Arial"/>
                <w:b/>
                <w:sz w:val="28"/>
                <w:rtl/>
                <w:szCs w:val="28"/>
                <w:bCs/>
              </w:rPr>
              <w:t>🚦 תמרורי שיח</w:t>
            </w:r>
          </w:p>
          <w:p/>
          <w:p/>
          <w:p/>
          <w:p>
            <w:pPr>
              <w:bidi/>
              <w:jc w:val="center"/>
            </w:pPr>
            <w:r>
              <w:rPr>
                <w:rFonts w:ascii="Arial" w:hAnsi="Arial" w:cs="Arial"/>
                <w:sz w:val="20"/>
                <w:rtl/>
                <w:szCs w:val="20"/>
              </w:rPr>
              <w:t>שבוע הבטיחות בדרכים</w:t>
            </w:r>
          </w:p>
        </w:tc>
        <w:tc>
          <w:tcPr>
            <w:tcW w:type="dxa" w:w="3475"/>
          </w:tcPr>
          <w:p>
            <w:pPr>
              <w:bidi/>
              <w:jc w:val="center"/>
            </w:pPr>
            <w:r>
              <w:rPr>
                <w:rFonts w:ascii="Arial" w:hAnsi="Arial" w:cs="Arial"/>
                <w:b/>
                <w:sz w:val="28"/>
                <w:rtl/>
                <w:szCs w:val="28"/>
                <w:bCs/>
              </w:rPr>
              <w:t>🚦 תמרורי שיח</w:t>
            </w:r>
          </w:p>
          <w:p/>
          <w:p/>
          <w:p/>
          <w:p>
            <w:pPr>
              <w:bidi/>
              <w:jc w:val="center"/>
            </w:pPr>
            <w:r>
              <w:rPr>
                <w:rFonts w:ascii="Arial" w:hAnsi="Arial" w:cs="Arial"/>
                <w:sz w:val="20"/>
                <w:rtl/>
                <w:szCs w:val="20"/>
              </w:rPr>
              <w:t>שבוע הבטיחות בדרכים</w:t>
            </w:r>
          </w:p>
        </w:tc>
      </w:tr>
    </w:tbl>
    <w:sectPr w:rsidR="00FC693F" w:rsidRPr="0006063C" w:rsidSect="00034616">
      <w:footerReference w:type="default" r:id="rId9"/>
      <w:pgSz w:w="12240" w:h="15840"/>
      <w:pgMar w:top="907" w:right="907" w:bottom="907" w:left="907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324000" cy="324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24000" cy="324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/>
        <w:color w:val="555577"/>
        <w:sz w:val="20"/>
        <w:rtl/>
        <w:szCs w:val="20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 w:cs="Arial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image" Target="media/image2.png"/><Relationship Id="rId11" Type="http://schemas.openxmlformats.org/officeDocument/2006/relationships/image" Target="media/image3.png"/><Relationship Id="rId12" Type="http://schemas.openxmlformats.org/officeDocument/2006/relationships/image" Target="media/image4.png"/><Relationship Id="rId13" Type="http://schemas.openxmlformats.org/officeDocument/2006/relationships/image" Target="media/image5.png"/><Relationship Id="rId14" Type="http://schemas.openxmlformats.org/officeDocument/2006/relationships/image" Target="media/image6.png"/><Relationship Id="rId15" Type="http://schemas.openxmlformats.org/officeDocument/2006/relationships/image" Target="media/image7.png"/><Relationship Id="rId16" Type="http://schemas.openxmlformats.org/officeDocument/2006/relationships/image" Target="media/image8.png"/><Relationship Id="rId17" Type="http://schemas.openxmlformats.org/officeDocument/2006/relationships/image" Target="media/image9.png"/><Relationship Id="rId18" Type="http://schemas.openxmlformats.org/officeDocument/2006/relationships/image" Target="media/image10.png"/><Relationship Id="rId19" Type="http://schemas.openxmlformats.org/officeDocument/2006/relationships/image" Target="media/image11.png"/><Relationship Id="rId20" Type="http://schemas.openxmlformats.org/officeDocument/2006/relationships/image" Target="media/image12.png"/><Relationship Id="rId21" Type="http://schemas.openxmlformats.org/officeDocument/2006/relationships/image" Target="media/image13.png"/><Relationship Id="rId22" Type="http://schemas.openxmlformats.org/officeDocument/2006/relationships/image" Target="media/image14.png"/><Relationship Id="rId23" Type="http://schemas.openxmlformats.org/officeDocument/2006/relationships/image" Target="media/image15.png"/><Relationship Id="rId24" Type="http://schemas.openxmlformats.org/officeDocument/2006/relationships/image" Target="media/image16.png"/><Relationship Id="rId25" Type="http://schemas.openxmlformats.org/officeDocument/2006/relationships/image" Target="media/image17.png"/><Relationship Id="rId26" Type="http://schemas.openxmlformats.org/officeDocument/2006/relationships/image" Target="media/image18.png"/><Relationship Id="rId27" Type="http://schemas.openxmlformats.org/officeDocument/2006/relationships/image" Target="media/image19.png"/><Relationship Id="rId28" Type="http://schemas.openxmlformats.org/officeDocument/2006/relationships/image" Target="media/image20.png"/><Relationship Id="rId29" Type="http://schemas.openxmlformats.org/officeDocument/2006/relationships/image" Target="media/image21.png"/><Relationship Id="rId30" Type="http://schemas.openxmlformats.org/officeDocument/2006/relationships/image" Target="media/image22.png"/><Relationship Id="rId31" Type="http://schemas.openxmlformats.org/officeDocument/2006/relationships/image" Target="media/image23.png"/><Relationship Id="rId32" Type="http://schemas.openxmlformats.org/officeDocument/2006/relationships/image" Target="media/image24.png"/><Relationship Id="rId33" Type="http://schemas.openxmlformats.org/officeDocument/2006/relationships/image" Target="media/image25.png"/><Relationship Id="rId34" Type="http://schemas.openxmlformats.org/officeDocument/2006/relationships/image" Target="media/image26.png"/><Relationship Id="rId35" Type="http://schemas.openxmlformats.org/officeDocument/2006/relationships/image" Target="media/image27.png"/><Relationship Id="rId36" Type="http://schemas.openxmlformats.org/officeDocument/2006/relationships/image" Target="media/image28.png"/><Relationship Id="rId37" Type="http://schemas.openxmlformats.org/officeDocument/2006/relationships/image" Target="media/image29.png"/><Relationship Id="rId38" Type="http://schemas.openxmlformats.org/officeDocument/2006/relationships/image" Target="media/image30.png"/><Relationship Id="rId39" Type="http://schemas.openxmlformats.org/officeDocument/2006/relationships/image" Target="media/image31.png"/><Relationship Id="rId40" Type="http://schemas.openxmlformats.org/officeDocument/2006/relationships/image" Target="media/image32.png"/><Relationship Id="rId41" Type="http://schemas.openxmlformats.org/officeDocument/2006/relationships/image" Target="media/image33.png"/><Relationship Id="rId42" Type="http://schemas.openxmlformats.org/officeDocument/2006/relationships/image" Target="media/image34.png"/><Relationship Id="rId43" Type="http://schemas.openxmlformats.org/officeDocument/2006/relationships/image" Target="media/image35.png"/><Relationship Id="rId44" Type="http://schemas.openxmlformats.org/officeDocument/2006/relationships/image" Target="media/image36.png"/><Relationship Id="rId45" Type="http://schemas.openxmlformats.org/officeDocument/2006/relationships/image" Target="media/image37.png"/><Relationship Id="rId46" Type="http://schemas.openxmlformats.org/officeDocument/2006/relationships/image" Target="media/image38.png"/><Relationship Id="rId47" Type="http://schemas.openxmlformats.org/officeDocument/2006/relationships/image" Target="media/image39.png"/><Relationship Id="rId48" Type="http://schemas.openxmlformats.org/officeDocument/2006/relationships/image" Target="media/image40.png"/><Relationship Id="rId49" Type="http://schemas.openxmlformats.org/officeDocument/2006/relationships/image" Target="media/image41.png"/><Relationship Id="rId50" Type="http://schemas.openxmlformats.org/officeDocument/2006/relationships/image" Target="media/image42.png"/><Relationship Id="rId51" Type="http://schemas.openxmlformats.org/officeDocument/2006/relationships/image" Target="media/image43.png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ערכת כרטיסי שיח לתלמידים – צבעונית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